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0B1B8C" w14:paraId="0C102C54" w14:textId="77777777">
        <w:trPr>
          <w:jc w:val="center"/>
        </w:trPr>
        <w:tc>
          <w:tcPr>
            <w:tcW w:w="9866" w:type="dxa"/>
            <w:tcBorders>
              <w:top w:val="single" w:sz="0" w:space="0" w:color="0F4C5C"/>
              <w:left w:val="single" w:sz="0" w:space="0" w:color="0F4C5C"/>
              <w:bottom w:val="single" w:sz="0" w:space="0" w:color="0F4C5C"/>
              <w:right w:val="single" w:sz="0" w:space="0" w:color="0F4C5C"/>
            </w:tcBorders>
            <w:shd w:val="clear" w:color="auto" w:fill="0F4C5C"/>
          </w:tcPr>
          <w:p w14:paraId="32694887" w14:textId="77777777" w:rsidR="000B1B8C" w:rsidRDefault="001D78E7">
            <w:pPr>
              <w:spacing w:before="200" w:after="160" w:line="240" w:lineRule="auto"/>
              <w:jc w:val="center"/>
              <w:rPr>
                <w:lang w:eastAsia="ko-KR"/>
              </w:rPr>
            </w:pPr>
            <w:r>
              <w:rPr>
                <w:rFonts w:ascii="NanumSquare" w:eastAsia="NanumSquare" w:hAnsi="NanumSquare"/>
                <w:b/>
                <w:color w:val="FFFFFF"/>
                <w:sz w:val="32"/>
                <w:lang w:eastAsia="ko-KR"/>
              </w:rPr>
              <w:t xml:space="preserve">2026 </w:t>
            </w:r>
            <w:proofErr w:type="spellStart"/>
            <w:r>
              <w:rPr>
                <w:rFonts w:ascii="NanumSquare" w:eastAsia="NanumSquare" w:hAnsi="NanumSquare"/>
                <w:b/>
                <w:color w:val="FFFFFF"/>
                <w:sz w:val="32"/>
                <w:lang w:eastAsia="ko-KR"/>
              </w:rPr>
              <w:t>제주국제아트페어</w:t>
            </w:r>
            <w:proofErr w:type="spellEnd"/>
            <w:r>
              <w:rPr>
                <w:rFonts w:ascii="NanumSquare" w:eastAsia="NanumSquare" w:hAnsi="NanumSquare"/>
                <w:b/>
                <w:color w:val="FFFFFF"/>
                <w:sz w:val="32"/>
                <w:lang w:eastAsia="ko-KR"/>
              </w:rPr>
              <w:t>(JIAF 2026)</w:t>
            </w:r>
            <w:r>
              <w:rPr>
                <w:lang w:eastAsia="ko-KR"/>
              </w:rPr>
              <w:br/>
            </w:r>
            <w:r>
              <w:rPr>
                <w:rFonts w:ascii="NanumSquare" w:eastAsia="NanumSquare" w:hAnsi="NanumSquare"/>
                <w:b/>
                <w:color w:val="FFFFFF"/>
                <w:sz w:val="44"/>
                <w:lang w:eastAsia="ko-KR"/>
              </w:rPr>
              <w:t>전시부스 운영 공개입찰 공고</w:t>
            </w:r>
          </w:p>
        </w:tc>
      </w:tr>
    </w:tbl>
    <w:p w14:paraId="6381385A" w14:textId="77777777" w:rsidR="000B1B8C" w:rsidRDefault="001D78E7">
      <w:pPr>
        <w:pStyle w:val="JIAFSubtitle"/>
        <w:spacing w:before="160" w:after="160" w:line="288" w:lineRule="auto"/>
        <w:jc w:val="center"/>
        <w:rPr>
          <w:lang w:eastAsia="ko-KR"/>
        </w:rPr>
      </w:pPr>
      <w:r>
        <w:rPr>
          <w:sz w:val="21"/>
          <w:lang w:eastAsia="ko-KR"/>
        </w:rPr>
        <w:t>행사 운영의 안정성, 전시 품질, 안전 관리 체계를 종합 평가하여 수행사를 선정하기 위한 공식 입찰 공고문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0B1B8C" w14:paraId="2F73BF34" w14:textId="77777777">
        <w:trPr>
          <w:jc w:val="center"/>
        </w:trPr>
        <w:tc>
          <w:tcPr>
            <w:tcW w:w="9866" w:type="dxa"/>
            <w:tcBorders>
              <w:top w:val="single" w:sz="8" w:space="0" w:color="B9C9C7"/>
              <w:left w:val="single" w:sz="8" w:space="0" w:color="B9C9C7"/>
              <w:bottom w:val="single" w:sz="8" w:space="0" w:color="B9C9C7"/>
              <w:right w:val="single" w:sz="8" w:space="0" w:color="B9C9C7"/>
            </w:tcBorders>
            <w:shd w:val="clear" w:color="auto" w:fill="F5F8F8"/>
          </w:tcPr>
          <w:p w14:paraId="17514D89" w14:textId="5B2CB2B8" w:rsidR="001020D2" w:rsidRDefault="001D78E7">
            <w:pPr>
              <w:spacing w:before="80" w:after="80" w:line="312" w:lineRule="auto"/>
              <w:rPr>
                <w:b/>
                <w:color w:val="0F4C5C"/>
                <w:sz w:val="20"/>
                <w:lang w:eastAsia="ko-KR"/>
              </w:rPr>
            </w:pPr>
            <w:r>
              <w:rPr>
                <w:b/>
                <w:color w:val="0F4C5C"/>
                <w:sz w:val="20"/>
                <w:lang w:eastAsia="ko-KR"/>
              </w:rPr>
              <w:t xml:space="preserve">공고일: 2026년 7월 </w:t>
            </w:r>
            <w:r w:rsidR="007549BD">
              <w:rPr>
                <w:rFonts w:hint="eastAsia"/>
                <w:b/>
                <w:color w:val="0F4C5C"/>
                <w:sz w:val="20"/>
                <w:lang w:eastAsia="ko-KR"/>
              </w:rPr>
              <w:t>2</w:t>
            </w:r>
            <w:r w:rsidR="00671B5F">
              <w:rPr>
                <w:rFonts w:hint="eastAsia"/>
                <w:b/>
                <w:color w:val="0F4C5C"/>
                <w:sz w:val="20"/>
                <w:lang w:eastAsia="ko-KR"/>
              </w:rPr>
              <w:t>2</w:t>
            </w:r>
            <w:r>
              <w:rPr>
                <w:b/>
                <w:color w:val="0F4C5C"/>
                <w:sz w:val="20"/>
                <w:lang w:eastAsia="ko-KR"/>
              </w:rPr>
              <w:t xml:space="preserve">일    |    공고기관: 2026 </w:t>
            </w:r>
            <w:proofErr w:type="spellStart"/>
            <w:r>
              <w:rPr>
                <w:b/>
                <w:color w:val="0F4C5C"/>
                <w:sz w:val="20"/>
                <w:lang w:eastAsia="ko-KR"/>
              </w:rPr>
              <w:t>제주국제아트페어</w:t>
            </w:r>
            <w:proofErr w:type="spellEnd"/>
            <w:r>
              <w:rPr>
                <w:b/>
                <w:color w:val="0F4C5C"/>
                <w:sz w:val="20"/>
                <w:lang w:eastAsia="ko-KR"/>
              </w:rPr>
              <w:t xml:space="preserve"> 조직위원회    |  </w:t>
            </w:r>
          </w:p>
          <w:p w14:paraId="6F5BCA7B" w14:textId="1C8F6C5F" w:rsidR="000B1B8C" w:rsidRDefault="001D78E7">
            <w:pPr>
              <w:spacing w:before="80" w:after="80" w:line="312" w:lineRule="auto"/>
              <w:rPr>
                <w:lang w:eastAsia="ko-KR"/>
              </w:rPr>
            </w:pPr>
            <w:r>
              <w:rPr>
                <w:b/>
                <w:color w:val="0F4C5C"/>
                <w:sz w:val="20"/>
                <w:lang w:eastAsia="ko-KR"/>
              </w:rPr>
              <w:t xml:space="preserve">  제출마감: 2026년 7월 </w:t>
            </w:r>
            <w:r w:rsidR="001020D2">
              <w:rPr>
                <w:rFonts w:hint="eastAsia"/>
                <w:b/>
                <w:color w:val="0F4C5C"/>
                <w:sz w:val="20"/>
                <w:lang w:eastAsia="ko-KR"/>
              </w:rPr>
              <w:t>2</w:t>
            </w:r>
            <w:r w:rsidR="00671B5F">
              <w:rPr>
                <w:rFonts w:hint="eastAsia"/>
                <w:b/>
                <w:color w:val="0F4C5C"/>
                <w:sz w:val="20"/>
                <w:lang w:eastAsia="ko-KR"/>
              </w:rPr>
              <w:t>9</w:t>
            </w:r>
            <w:r>
              <w:rPr>
                <w:b/>
                <w:color w:val="0F4C5C"/>
                <w:sz w:val="20"/>
                <w:lang w:eastAsia="ko-KR"/>
              </w:rPr>
              <w:t>일() 17:00</w:t>
            </w:r>
          </w:p>
        </w:tc>
      </w:tr>
    </w:tbl>
    <w:p w14:paraId="067B04BD" w14:textId="77777777" w:rsidR="000B1B8C" w:rsidRDefault="001D78E7">
      <w:pPr>
        <w:pStyle w:val="1"/>
        <w:pBdr>
          <w:bottom w:val="single" w:sz="12" w:space="1" w:color="D9E9E7"/>
        </w:pBdr>
        <w:spacing w:before="240" w:after="120" w:line="264" w:lineRule="auto"/>
      </w:pPr>
      <w:proofErr w:type="spellStart"/>
      <w:r>
        <w:t>문서</w:t>
      </w:r>
      <w:proofErr w:type="spellEnd"/>
      <w:r>
        <w:t xml:space="preserve"> </w:t>
      </w:r>
      <w:proofErr w:type="spellStart"/>
      <w:r>
        <w:t>개요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87"/>
      </w:tblGrid>
      <w:tr w:rsidR="000B1B8C" w14:paraId="33D2F225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387167C7" w14:textId="77777777" w:rsidR="000B1B8C" w:rsidRDefault="001D78E7">
            <w:pPr>
              <w:spacing w:after="0" w:line="300" w:lineRule="auto"/>
              <w:jc w:val="center"/>
            </w:pPr>
            <w:r>
              <w:rPr>
                <w:b/>
                <w:color w:val="0F4C5C"/>
                <w:sz w:val="20"/>
              </w:rPr>
              <w:t>사 업 명</w:t>
            </w:r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1A72212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sz w:val="20"/>
                <w:lang w:eastAsia="ko-KR"/>
              </w:rPr>
              <w:t xml:space="preserve">2026 </w:t>
            </w:r>
            <w:proofErr w:type="spellStart"/>
            <w:r>
              <w:rPr>
                <w:color w:val="222222"/>
                <w:sz w:val="20"/>
                <w:lang w:eastAsia="ko-KR"/>
              </w:rPr>
              <w:t>제주국제아트페어</w:t>
            </w:r>
            <w:proofErr w:type="spellEnd"/>
            <w:r>
              <w:rPr>
                <w:color w:val="222222"/>
                <w:sz w:val="20"/>
                <w:lang w:eastAsia="ko-KR"/>
              </w:rPr>
              <w:t xml:space="preserve"> 전시부스 운영 및 전시 서비스</w:t>
            </w:r>
          </w:p>
        </w:tc>
      </w:tr>
      <w:tr w:rsidR="000B1B8C" w14:paraId="1107B355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3EA0349B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  <w:sz w:val="20"/>
              </w:rPr>
              <w:t>행사</w:t>
            </w:r>
            <w:proofErr w:type="spellEnd"/>
            <w:r>
              <w:rPr>
                <w:b/>
                <w:color w:val="0F4C5C"/>
                <w:sz w:val="20"/>
              </w:rPr>
              <w:t xml:space="preserve"> </w:t>
            </w:r>
            <w:proofErr w:type="spellStart"/>
            <w:r>
              <w:rPr>
                <w:b/>
                <w:color w:val="0F4C5C"/>
                <w:sz w:val="20"/>
              </w:rPr>
              <w:t>명칭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30EFCDF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sz w:val="20"/>
                <w:lang w:eastAsia="ko-KR"/>
              </w:rPr>
              <w:t xml:space="preserve">2026 </w:t>
            </w:r>
            <w:proofErr w:type="spellStart"/>
            <w:r>
              <w:rPr>
                <w:color w:val="222222"/>
                <w:sz w:val="20"/>
                <w:lang w:eastAsia="ko-KR"/>
              </w:rPr>
              <w:t>제주국제아트페어</w:t>
            </w:r>
            <w:proofErr w:type="spellEnd"/>
            <w:r>
              <w:rPr>
                <w:color w:val="222222"/>
                <w:sz w:val="20"/>
                <w:lang w:eastAsia="ko-KR"/>
              </w:rPr>
              <w:t xml:space="preserve">(JIAF 2026) "탐나는 작품, </w:t>
            </w:r>
            <w:proofErr w:type="spellStart"/>
            <w:r>
              <w:rPr>
                <w:color w:val="222222"/>
                <w:sz w:val="20"/>
                <w:lang w:eastAsia="ko-KR"/>
              </w:rPr>
              <w:t>픽하고</w:t>
            </w:r>
            <w:proofErr w:type="spellEnd"/>
            <w:r>
              <w:rPr>
                <w:color w:val="222222"/>
                <w:sz w:val="20"/>
                <w:lang w:eastAsia="ko-KR"/>
              </w:rPr>
              <w:t xml:space="preserve"> 올레!"</w:t>
            </w:r>
          </w:p>
        </w:tc>
      </w:tr>
      <w:tr w:rsidR="000B1B8C" w14:paraId="0EB9300C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6F777FD2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  <w:sz w:val="20"/>
              </w:rPr>
              <w:t>행사</w:t>
            </w:r>
            <w:proofErr w:type="spellEnd"/>
            <w:r>
              <w:rPr>
                <w:b/>
                <w:color w:val="0F4C5C"/>
                <w:sz w:val="20"/>
              </w:rPr>
              <w:t xml:space="preserve"> </w:t>
            </w:r>
            <w:proofErr w:type="spellStart"/>
            <w:r>
              <w:rPr>
                <w:b/>
                <w:color w:val="0F4C5C"/>
                <w:sz w:val="20"/>
              </w:rPr>
              <w:t>규모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66F811E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sz w:val="20"/>
                <w:lang w:eastAsia="ko-KR"/>
              </w:rPr>
              <w:t>60개+ 전시부스, 3,000+ 작품, 15,000+ 관람객 예상</w:t>
            </w:r>
          </w:p>
        </w:tc>
      </w:tr>
      <w:tr w:rsidR="000B1B8C" w14:paraId="7DE620F4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174EF28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  <w:sz w:val="20"/>
              </w:rPr>
              <w:t>개최</w:t>
            </w:r>
            <w:proofErr w:type="spellEnd"/>
            <w:r>
              <w:rPr>
                <w:b/>
                <w:color w:val="0F4C5C"/>
                <w:sz w:val="20"/>
              </w:rPr>
              <w:t xml:space="preserve"> </w:t>
            </w:r>
            <w:proofErr w:type="spellStart"/>
            <w:r>
              <w:rPr>
                <w:b/>
                <w:color w:val="0F4C5C"/>
                <w:sz w:val="20"/>
              </w:rPr>
              <w:t>장소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E07D794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sz w:val="20"/>
                <w:lang w:eastAsia="ko-KR"/>
              </w:rPr>
              <w:t>ICC JEJU Hall 2 (</w:t>
            </w:r>
            <w:proofErr w:type="spellStart"/>
            <w:r>
              <w:rPr>
                <w:color w:val="222222"/>
                <w:sz w:val="20"/>
                <w:lang w:eastAsia="ko-KR"/>
              </w:rPr>
              <w:t>제주국제컨벤션센터</w:t>
            </w:r>
            <w:proofErr w:type="spellEnd"/>
            <w:r>
              <w:rPr>
                <w:color w:val="222222"/>
                <w:sz w:val="20"/>
                <w:lang w:eastAsia="ko-KR"/>
              </w:rPr>
              <w:t>)</w:t>
            </w:r>
          </w:p>
        </w:tc>
      </w:tr>
      <w:tr w:rsidR="000B1B8C" w14:paraId="17E71C2C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008B28D4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  <w:sz w:val="20"/>
              </w:rPr>
              <w:t>주요</w:t>
            </w:r>
            <w:proofErr w:type="spellEnd"/>
            <w:r>
              <w:rPr>
                <w:b/>
                <w:color w:val="0F4C5C"/>
                <w:sz w:val="20"/>
              </w:rPr>
              <w:t xml:space="preserve"> </w:t>
            </w:r>
            <w:proofErr w:type="spellStart"/>
            <w:r>
              <w:rPr>
                <w:b/>
                <w:color w:val="0F4C5C"/>
                <w:sz w:val="20"/>
              </w:rPr>
              <w:t>일정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5AA0DFA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sz w:val="20"/>
                <w:lang w:eastAsia="ko-KR"/>
              </w:rPr>
              <w:t>프리뷰 2026.10.8.(목) 15:00~19:</w:t>
            </w:r>
            <w:proofErr w:type="gramStart"/>
            <w:r>
              <w:rPr>
                <w:color w:val="222222"/>
                <w:sz w:val="20"/>
                <w:lang w:eastAsia="ko-KR"/>
              </w:rPr>
              <w:t>00 /</w:t>
            </w:r>
            <w:proofErr w:type="gramEnd"/>
            <w:r>
              <w:rPr>
                <w:color w:val="222222"/>
                <w:sz w:val="20"/>
                <w:lang w:eastAsia="ko-KR"/>
              </w:rPr>
              <w:t xml:space="preserve"> 공개 전시 2026.10.9.(금)~10.</w:t>
            </w:r>
            <w:proofErr w:type="gramStart"/>
            <w:r>
              <w:rPr>
                <w:color w:val="222222"/>
                <w:sz w:val="20"/>
                <w:lang w:eastAsia="ko-KR"/>
              </w:rPr>
              <w:t>11.(</w:t>
            </w:r>
            <w:proofErr w:type="gramEnd"/>
            <w:r>
              <w:rPr>
                <w:color w:val="222222"/>
                <w:sz w:val="20"/>
                <w:lang w:eastAsia="ko-KR"/>
              </w:rPr>
              <w:t>일)</w:t>
            </w:r>
          </w:p>
        </w:tc>
      </w:tr>
      <w:tr w:rsidR="000B1B8C" w14:paraId="34848926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83075AA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  <w:sz w:val="20"/>
              </w:rPr>
              <w:t>제출</w:t>
            </w:r>
            <w:proofErr w:type="spellEnd"/>
            <w:r>
              <w:rPr>
                <w:b/>
                <w:color w:val="0F4C5C"/>
                <w:sz w:val="20"/>
              </w:rPr>
              <w:t xml:space="preserve"> </w:t>
            </w:r>
            <w:proofErr w:type="spellStart"/>
            <w:r>
              <w:rPr>
                <w:b/>
                <w:color w:val="0F4C5C"/>
                <w:sz w:val="20"/>
              </w:rPr>
              <w:t>방식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61EBEA5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sz w:val="20"/>
                <w:lang w:eastAsia="ko-KR"/>
              </w:rPr>
              <w:t>이메일 제출 (jiafofficial@naver.com)</w:t>
            </w:r>
          </w:p>
        </w:tc>
      </w:tr>
    </w:tbl>
    <w:p w14:paraId="6254EDAC" w14:textId="0BB7E1CE" w:rsidR="000B1B8C" w:rsidRDefault="001D78E7">
      <w:pPr>
        <w:rPr>
          <w:lang w:eastAsia="ko-KR"/>
        </w:rPr>
      </w:pPr>
      <w:r>
        <w:rPr>
          <w:lang w:eastAsia="ko-KR"/>
        </w:rPr>
        <w:br w:type="page"/>
      </w:r>
    </w:p>
    <w:p w14:paraId="6F2EBE6A" w14:textId="77777777" w:rsidR="000B1B8C" w:rsidRDefault="001D78E7">
      <w:pPr>
        <w:pStyle w:val="1"/>
        <w:pBdr>
          <w:bottom w:val="single" w:sz="10" w:space="1" w:color="D9E9E7"/>
        </w:pBdr>
        <w:spacing w:before="160" w:after="120" w:line="240" w:lineRule="auto"/>
      </w:pPr>
      <w:r>
        <w:lastRenderedPageBreak/>
        <w:t xml:space="preserve">I. </w:t>
      </w:r>
      <w:proofErr w:type="spellStart"/>
      <w:r>
        <w:t>사업</w:t>
      </w:r>
      <w:proofErr w:type="spellEnd"/>
      <w:r>
        <w:t xml:space="preserve"> </w:t>
      </w:r>
      <w:proofErr w:type="spellStart"/>
      <w:r>
        <w:t>개요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87"/>
      </w:tblGrid>
      <w:tr w:rsidR="000B1B8C" w14:paraId="0693BFD4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6F4BEE07" w14:textId="77777777" w:rsidR="000B1B8C" w:rsidRDefault="001D78E7">
            <w:pPr>
              <w:spacing w:after="0" w:line="300" w:lineRule="auto"/>
              <w:jc w:val="center"/>
            </w:pPr>
            <w:r>
              <w:rPr>
                <w:b/>
                <w:color w:val="0F4C5C"/>
              </w:rPr>
              <w:t>사 업 명</w:t>
            </w:r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EF776C2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 xml:space="preserve">2026 </w:t>
            </w:r>
            <w:proofErr w:type="spellStart"/>
            <w:r>
              <w:rPr>
                <w:color w:val="222222"/>
                <w:lang w:eastAsia="ko-KR"/>
              </w:rPr>
              <w:t>제주국제아트페어</w:t>
            </w:r>
            <w:proofErr w:type="spellEnd"/>
            <w:r>
              <w:rPr>
                <w:color w:val="222222"/>
                <w:lang w:eastAsia="ko-KR"/>
              </w:rPr>
              <w:t xml:space="preserve"> 전시부스 운영 및 전시 서비스</w:t>
            </w:r>
          </w:p>
        </w:tc>
      </w:tr>
      <w:tr w:rsidR="000B1B8C" w14:paraId="2C269ADF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6D32E933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</w:rPr>
              <w:t>행사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명칭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5294AC7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 xml:space="preserve">2026 </w:t>
            </w:r>
            <w:proofErr w:type="spellStart"/>
            <w:r>
              <w:rPr>
                <w:color w:val="222222"/>
                <w:lang w:eastAsia="ko-KR"/>
              </w:rPr>
              <w:t>제주국제아트페어</w:t>
            </w:r>
            <w:proofErr w:type="spellEnd"/>
            <w:r>
              <w:rPr>
                <w:color w:val="222222"/>
                <w:lang w:eastAsia="ko-KR"/>
              </w:rPr>
              <w:t xml:space="preserve">(JIAF 2026) "탐나는 작품, </w:t>
            </w:r>
            <w:proofErr w:type="spellStart"/>
            <w:r>
              <w:rPr>
                <w:color w:val="222222"/>
                <w:lang w:eastAsia="ko-KR"/>
              </w:rPr>
              <w:t>픽하고</w:t>
            </w:r>
            <w:proofErr w:type="spellEnd"/>
            <w:r>
              <w:rPr>
                <w:color w:val="222222"/>
                <w:lang w:eastAsia="ko-KR"/>
              </w:rPr>
              <w:t xml:space="preserve"> 올레!"</w:t>
            </w:r>
          </w:p>
        </w:tc>
      </w:tr>
      <w:tr w:rsidR="000B1B8C" w14:paraId="40ABD4BC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60102A09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</w:rPr>
              <w:t>행사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규모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72990FB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60개+ 전시부스, 3,000+ 작품, 15,000+ 관람객 예상</w:t>
            </w:r>
          </w:p>
        </w:tc>
      </w:tr>
      <w:tr w:rsidR="000B1B8C" w14:paraId="7A8423D2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B0D0B30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</w:rPr>
              <w:t>개최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장소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E72F093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ICC JEJU Hall 2 (</w:t>
            </w:r>
            <w:proofErr w:type="spellStart"/>
            <w:r>
              <w:rPr>
                <w:color w:val="222222"/>
                <w:lang w:eastAsia="ko-KR"/>
              </w:rPr>
              <w:t>제주국제컨벤션센터</w:t>
            </w:r>
            <w:proofErr w:type="spellEnd"/>
            <w:r>
              <w:rPr>
                <w:color w:val="222222"/>
                <w:lang w:eastAsia="ko-KR"/>
              </w:rPr>
              <w:t>)</w:t>
            </w:r>
          </w:p>
        </w:tc>
      </w:tr>
    </w:tbl>
    <w:p w14:paraId="3A5F2920" w14:textId="77777777" w:rsidR="000B1B8C" w:rsidRDefault="001D78E7">
      <w:pPr>
        <w:pStyle w:val="21"/>
        <w:spacing w:before="120" w:after="60" w:line="240" w:lineRule="auto"/>
      </w:pPr>
      <w:proofErr w:type="spellStart"/>
      <w:r>
        <w:t>개최</w:t>
      </w:r>
      <w:proofErr w:type="spellEnd"/>
      <w:r>
        <w:t xml:space="preserve"> </w:t>
      </w:r>
      <w:proofErr w:type="spellStart"/>
      <w:r>
        <w:t>일정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87"/>
      </w:tblGrid>
      <w:tr w:rsidR="000B1B8C" w14:paraId="2833CBC2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6FB97196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</w:rPr>
              <w:t>프리뷰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84773D7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2026년 10월 8일(목) 15:00~19:00 (VIP·사전예약)</w:t>
            </w:r>
          </w:p>
        </w:tc>
      </w:tr>
      <w:tr w:rsidR="000B1B8C" w14:paraId="03AC64A5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661CA458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</w:rPr>
              <w:t>공개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전시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3D9C01F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2026년 10월 9일(금)~10월 10일(토) 11:00~</w:t>
            </w:r>
            <w:proofErr w:type="gramStart"/>
            <w:r>
              <w:rPr>
                <w:color w:val="222222"/>
                <w:lang w:eastAsia="ko-KR"/>
              </w:rPr>
              <w:t>19:00 /</w:t>
            </w:r>
            <w:proofErr w:type="gramEnd"/>
            <w:r>
              <w:rPr>
                <w:color w:val="222222"/>
                <w:lang w:eastAsia="ko-KR"/>
              </w:rPr>
              <w:t xml:space="preserve"> 10월 11일(일) 11:00~17:00</w:t>
            </w:r>
          </w:p>
        </w:tc>
      </w:tr>
      <w:tr w:rsidR="000B1B8C" w14:paraId="289DBCB2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079DB954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</w:rPr>
              <w:t>비고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8DB8583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행사 운영상 세부 시간은 현장 사정에 따라 일부 조정될 수 있음</w:t>
            </w:r>
          </w:p>
        </w:tc>
      </w:tr>
    </w:tbl>
    <w:p w14:paraId="465CC4CB" w14:textId="77777777" w:rsidR="000B1B8C" w:rsidRDefault="001D78E7">
      <w:pPr>
        <w:pStyle w:val="1"/>
        <w:pBdr>
          <w:bottom w:val="single" w:sz="10" w:space="1" w:color="D9E9E7"/>
        </w:pBdr>
        <w:spacing w:before="160" w:after="120" w:line="240" w:lineRule="auto"/>
        <w:rPr>
          <w:lang w:eastAsia="ko-KR"/>
        </w:rPr>
      </w:pPr>
      <w:r>
        <w:rPr>
          <w:lang w:eastAsia="ko-KR"/>
        </w:rPr>
        <w:t xml:space="preserve">II. </w:t>
      </w:r>
      <w:r>
        <w:rPr>
          <w:lang w:eastAsia="ko-KR"/>
        </w:rPr>
        <w:t>부스</w:t>
      </w:r>
      <w:r>
        <w:rPr>
          <w:lang w:eastAsia="ko-KR"/>
        </w:rPr>
        <w:t xml:space="preserve"> </w:t>
      </w:r>
      <w:r>
        <w:rPr>
          <w:lang w:eastAsia="ko-KR"/>
        </w:rPr>
        <w:t>규격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기본</w:t>
      </w:r>
      <w:r>
        <w:rPr>
          <w:lang w:eastAsia="ko-KR"/>
        </w:rPr>
        <w:t xml:space="preserve"> </w:t>
      </w:r>
      <w:r>
        <w:rPr>
          <w:lang w:eastAsia="ko-KR"/>
        </w:rPr>
        <w:t>사양</w:t>
      </w:r>
    </w:p>
    <w:p w14:paraId="6FF66833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부스 규격: 가로 1m × 높이 3m 이상의 목공 부스</w:t>
      </w:r>
    </w:p>
    <w:p w14:paraId="5B085F2B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기본 제공 시설: LED 조명(기본 설치), 바닥재(페어 통일 규격), 기본 전기(1구 콘센트)</w:t>
      </w:r>
    </w:p>
    <w:p w14:paraId="6B37CB29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부스 배치: 행사장 특성에 따른 위치 배정 (입찰자 선정 후 협의)</w:t>
      </w:r>
    </w:p>
    <w:p w14:paraId="5679DC3A" w14:textId="77777777" w:rsidR="000B1B8C" w:rsidRDefault="001D78E7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III. </w:t>
      </w:r>
      <w:proofErr w:type="spellStart"/>
      <w:r>
        <w:t>설치</w:t>
      </w:r>
      <w:proofErr w:type="spellEnd"/>
      <w:r>
        <w:t xml:space="preserve"> </w:t>
      </w:r>
      <w:r>
        <w:t>및</w:t>
      </w:r>
      <w:r>
        <w:t xml:space="preserve"> </w:t>
      </w:r>
      <w:proofErr w:type="spellStart"/>
      <w:r>
        <w:t>운영</w:t>
      </w:r>
      <w:proofErr w:type="spellEnd"/>
      <w:r>
        <w:t xml:space="preserve"> </w:t>
      </w:r>
      <w:proofErr w:type="spellStart"/>
      <w:r>
        <w:t>일정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87"/>
      </w:tblGrid>
      <w:tr w:rsidR="000B1B8C" w14:paraId="6F9D2694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C02927C" w14:textId="77777777" w:rsidR="000B1B8C" w:rsidRDefault="001D78E7">
            <w:pPr>
              <w:spacing w:after="0" w:line="300" w:lineRule="auto"/>
              <w:jc w:val="center"/>
            </w:pPr>
            <w:r>
              <w:rPr>
                <w:b/>
                <w:color w:val="0F4C5C"/>
              </w:rPr>
              <w:t xml:space="preserve">1차 </w:t>
            </w:r>
            <w:proofErr w:type="spellStart"/>
            <w:r>
              <w:rPr>
                <w:b/>
                <w:color w:val="0F4C5C"/>
              </w:rPr>
              <w:t>설치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9BA6ABA" w14:textId="77777777" w:rsidR="000B1B8C" w:rsidRDefault="001D78E7">
            <w:pPr>
              <w:spacing w:after="0" w:line="300" w:lineRule="auto"/>
            </w:pPr>
            <w:r>
              <w:rPr>
                <w:color w:val="222222"/>
              </w:rPr>
              <w:t>2026년 10월 7일(화) 11:00~19:00</w:t>
            </w:r>
          </w:p>
        </w:tc>
      </w:tr>
      <w:tr w:rsidR="000B1B8C" w14:paraId="2955545C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ADDE0C4" w14:textId="77777777" w:rsidR="000B1B8C" w:rsidRDefault="001D78E7">
            <w:pPr>
              <w:spacing w:after="0" w:line="300" w:lineRule="auto"/>
              <w:jc w:val="center"/>
            </w:pPr>
            <w:r>
              <w:rPr>
                <w:b/>
                <w:color w:val="0F4C5C"/>
              </w:rPr>
              <w:t xml:space="preserve">2차 </w:t>
            </w:r>
            <w:proofErr w:type="spellStart"/>
            <w:r>
              <w:rPr>
                <w:b/>
                <w:color w:val="0F4C5C"/>
              </w:rPr>
              <w:t>설치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D04B9B6" w14:textId="77777777" w:rsidR="000B1B8C" w:rsidRDefault="001D78E7">
            <w:pPr>
              <w:spacing w:after="0" w:line="300" w:lineRule="auto"/>
            </w:pPr>
            <w:r>
              <w:rPr>
                <w:color w:val="222222"/>
              </w:rPr>
              <w:t>2026년 10월 8일(수) 11:00~15:00</w:t>
            </w:r>
          </w:p>
        </w:tc>
      </w:tr>
      <w:tr w:rsidR="000B1B8C" w14:paraId="36C3CAC4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9920DB6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</w:rPr>
              <w:t>행사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운영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324D31E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프리뷰: 2026년 10월 8일(목) 15:00~</w:t>
            </w:r>
            <w:proofErr w:type="gramStart"/>
            <w:r>
              <w:rPr>
                <w:color w:val="222222"/>
                <w:lang w:eastAsia="ko-KR"/>
              </w:rPr>
              <w:t>19:00 /</w:t>
            </w:r>
            <w:proofErr w:type="gramEnd"/>
            <w:r>
              <w:rPr>
                <w:color w:val="222222"/>
                <w:lang w:eastAsia="ko-KR"/>
              </w:rPr>
              <w:t xml:space="preserve"> 공개 전시: 2026년 10월 9일(금)~11일(일)</w:t>
            </w:r>
          </w:p>
        </w:tc>
      </w:tr>
      <w:tr w:rsidR="000B1B8C" w14:paraId="1444DB3C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04682C5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</w:rPr>
              <w:t>철거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기한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C138792" w14:textId="77777777" w:rsidR="000B1B8C" w:rsidRDefault="001D78E7">
            <w:pPr>
              <w:spacing w:after="0" w:line="300" w:lineRule="auto"/>
            </w:pPr>
            <w:r>
              <w:rPr>
                <w:color w:val="222222"/>
              </w:rPr>
              <w:t xml:space="preserve">2026년 10월 11일(일) 17:00~23:00 내 </w:t>
            </w:r>
            <w:proofErr w:type="spellStart"/>
            <w:r>
              <w:rPr>
                <w:color w:val="222222"/>
              </w:rPr>
              <w:t>완료</w:t>
            </w:r>
            <w:proofErr w:type="spellEnd"/>
          </w:p>
        </w:tc>
      </w:tr>
      <w:tr w:rsidR="000B1B8C" w14:paraId="46852AC8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309B558E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</w:rPr>
              <w:t>비고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22DEA5F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사전 협의에 따라 일부 일정 조정 가능</w:t>
            </w:r>
          </w:p>
        </w:tc>
      </w:tr>
    </w:tbl>
    <w:p w14:paraId="7DC7268D" w14:textId="77777777" w:rsidR="000B1B8C" w:rsidRDefault="001D78E7">
      <w:pPr>
        <w:pStyle w:val="1"/>
        <w:pBdr>
          <w:bottom w:val="single" w:sz="10" w:space="1" w:color="D9E9E7"/>
        </w:pBdr>
        <w:spacing w:before="160" w:after="120" w:line="240" w:lineRule="auto"/>
        <w:rPr>
          <w:lang w:eastAsia="ko-KR"/>
        </w:rPr>
      </w:pPr>
      <w:r>
        <w:rPr>
          <w:lang w:eastAsia="ko-KR"/>
        </w:rPr>
        <w:t xml:space="preserve">IV. </w:t>
      </w:r>
      <w:r>
        <w:rPr>
          <w:lang w:eastAsia="ko-KR"/>
        </w:rPr>
        <w:t>입찰</w:t>
      </w:r>
      <w:r>
        <w:rPr>
          <w:lang w:eastAsia="ko-KR"/>
        </w:rPr>
        <w:t xml:space="preserve"> </w:t>
      </w:r>
      <w:r>
        <w:rPr>
          <w:lang w:eastAsia="ko-KR"/>
        </w:rPr>
        <w:t>참여</w:t>
      </w:r>
      <w:r>
        <w:rPr>
          <w:lang w:eastAsia="ko-KR"/>
        </w:rPr>
        <w:t xml:space="preserve"> </w:t>
      </w:r>
      <w:r>
        <w:rPr>
          <w:lang w:eastAsia="ko-KR"/>
        </w:rPr>
        <w:t>자격</w:t>
      </w:r>
      <w:r>
        <w:rPr>
          <w:lang w:eastAsia="ko-KR"/>
        </w:rPr>
        <w:t xml:space="preserve"> </w:t>
      </w:r>
      <w:r>
        <w:rPr>
          <w:lang w:eastAsia="ko-KR"/>
        </w:rPr>
        <w:t>요건</w:t>
      </w:r>
    </w:p>
    <w:p w14:paraId="5C1EDEA4" w14:textId="77777777" w:rsidR="000B1B8C" w:rsidRDefault="001D78E7">
      <w:pPr>
        <w:pStyle w:val="21"/>
        <w:spacing w:before="120" w:after="60" w:line="240" w:lineRule="auto"/>
        <w:rPr>
          <w:lang w:eastAsia="ko-KR"/>
        </w:rPr>
      </w:pPr>
      <w:r>
        <w:rPr>
          <w:lang w:eastAsia="ko-KR"/>
        </w:rPr>
        <w:t>기본</w:t>
      </w:r>
      <w:r>
        <w:rPr>
          <w:lang w:eastAsia="ko-KR"/>
        </w:rPr>
        <w:t xml:space="preserve"> </w:t>
      </w:r>
      <w:r>
        <w:rPr>
          <w:lang w:eastAsia="ko-KR"/>
        </w:rPr>
        <w:t>자격</w:t>
      </w:r>
    </w:p>
    <w:p w14:paraId="469B3AD1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3년 이상 전시 운영 경력 증명 서류 보유</w:t>
      </w:r>
    </w:p>
    <w:p w14:paraId="4C2C4D33" w14:textId="61E63666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입찰 마감일 기준 3개월 이내</w:t>
      </w:r>
      <w:r w:rsidRPr="0052443A">
        <w:rPr>
          <w:color w:val="EE0000"/>
          <w:lang w:eastAsia="ko-KR"/>
        </w:rPr>
        <w:t xml:space="preserve"> </w:t>
      </w:r>
      <w:r>
        <w:rPr>
          <w:lang w:eastAsia="ko-KR"/>
        </w:rPr>
        <w:t>미결제 기록 없음</w:t>
      </w:r>
    </w:p>
    <w:p w14:paraId="11D7954C" w14:textId="77777777" w:rsidR="0038643C" w:rsidRDefault="001D78E7" w:rsidP="0038643C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부실 시공, 계약 위반 등으로 제재 받은 이력 없음</w:t>
      </w:r>
    </w:p>
    <w:p w14:paraId="7A378CB3" w14:textId="68C6C271" w:rsidR="00745861" w:rsidRDefault="00745861" w:rsidP="0038643C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rFonts w:hint="eastAsia"/>
          <w:lang w:eastAsia="ko-KR"/>
        </w:rPr>
        <w:t xml:space="preserve">법적 자격 기준 </w:t>
      </w:r>
    </w:p>
    <w:p w14:paraId="7BD9258C" w14:textId="77777777" w:rsidR="00671B5F" w:rsidRDefault="00A471CA" w:rsidP="00671B5F">
      <w:pPr>
        <w:pStyle w:val="a0"/>
        <w:numPr>
          <w:ilvl w:val="0"/>
          <w:numId w:val="10"/>
        </w:numPr>
        <w:spacing w:after="40" w:line="300" w:lineRule="auto"/>
        <w:rPr>
          <w:lang w:eastAsia="ko-KR"/>
        </w:rPr>
      </w:pPr>
      <w:r>
        <w:rPr>
          <w:lang w:eastAsia="ko-KR"/>
        </w:rPr>
        <w:t>국가를 당사자로 하는 계약에 관한 법률」 제27조 및 같은 법 시행령 제76조(부정당업자의 입찰참가 자격제한)에 해당되지 않는 자</w:t>
      </w:r>
    </w:p>
    <w:p w14:paraId="700764DF" w14:textId="0585DF6E" w:rsidR="00A471CA" w:rsidRDefault="00A471CA" w:rsidP="00671B5F">
      <w:pPr>
        <w:pStyle w:val="a0"/>
        <w:numPr>
          <w:ilvl w:val="0"/>
          <w:numId w:val="10"/>
        </w:numPr>
        <w:spacing w:after="40" w:line="300" w:lineRule="auto"/>
        <w:rPr>
          <w:lang w:eastAsia="ko-KR"/>
        </w:rPr>
      </w:pPr>
      <w:r>
        <w:rPr>
          <w:lang w:eastAsia="ko-KR"/>
        </w:rPr>
        <w:t>「국가를 당사자로 하는 계약에 관한 법률 시행령」 제12조에 의한 자격요건을 구비한 자</w:t>
      </w:r>
    </w:p>
    <w:p w14:paraId="740FF53D" w14:textId="77777777" w:rsidR="000B1B8C" w:rsidRDefault="001D78E7">
      <w:pPr>
        <w:pStyle w:val="21"/>
        <w:spacing w:before="120" w:after="60" w:line="240" w:lineRule="auto"/>
      </w:pPr>
      <w:proofErr w:type="spellStart"/>
      <w:r>
        <w:rPr>
          <w:rFonts w:ascii="맑은 고딕" w:eastAsia="맑은 고딕" w:hAnsi="맑은 고딕" w:cs="맑은 고딕" w:hint="eastAsia"/>
        </w:rPr>
        <w:lastRenderedPageBreak/>
        <w:t>필</w:t>
      </w:r>
      <w:r>
        <w:t>수</w:t>
      </w:r>
      <w:proofErr w:type="spellEnd"/>
      <w:r>
        <w:t xml:space="preserve"> </w:t>
      </w:r>
      <w:proofErr w:type="spellStart"/>
      <w:r>
        <w:t>제출</w:t>
      </w:r>
      <w:proofErr w:type="spellEnd"/>
      <w:r>
        <w:t xml:space="preserve"> </w:t>
      </w:r>
      <w:proofErr w:type="spellStart"/>
      <w:r>
        <w:t>서류</w:t>
      </w:r>
      <w:proofErr w:type="spellEnd"/>
    </w:p>
    <w:p w14:paraId="23401A33" w14:textId="77777777" w:rsidR="000B1B8C" w:rsidRDefault="001D78E7">
      <w:pPr>
        <w:pStyle w:val="a0"/>
        <w:spacing w:after="40" w:line="300" w:lineRule="auto"/>
        <w:ind w:left="340" w:firstLine="0"/>
      </w:pPr>
      <w:proofErr w:type="spellStart"/>
      <w:r>
        <w:t>사업자등록증</w:t>
      </w:r>
      <w:proofErr w:type="spellEnd"/>
      <w:r>
        <w:t xml:space="preserve"> </w:t>
      </w:r>
      <w:proofErr w:type="spellStart"/>
      <w:r>
        <w:t>사본</w:t>
      </w:r>
      <w:proofErr w:type="spellEnd"/>
    </w:p>
    <w:p w14:paraId="6D39E5E0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3년 이상 전시 운영 경력 증명 서류</w:t>
      </w:r>
    </w:p>
    <w:p w14:paraId="6134A9ED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회사 기본 정보 및 운영 실적 현황</w:t>
      </w:r>
    </w:p>
    <w:p w14:paraId="3E63F04C" w14:textId="5C0C8FAB" w:rsidR="00671B5F" w:rsidRDefault="00671B5F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rFonts w:hint="eastAsia"/>
          <w:lang w:eastAsia="ko-KR"/>
        </w:rPr>
        <w:t>기술제안서</w:t>
      </w:r>
    </w:p>
    <w:p w14:paraId="6D9BE7FD" w14:textId="4E31C995" w:rsidR="00671B5F" w:rsidRDefault="00671B5F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rFonts w:hint="eastAsia"/>
          <w:lang w:eastAsia="ko-KR"/>
        </w:rPr>
        <w:t>가격제안서</w:t>
      </w:r>
    </w:p>
    <w:p w14:paraId="35148D9C" w14:textId="77777777" w:rsidR="000B1B8C" w:rsidRDefault="001D78E7">
      <w:pPr>
        <w:pStyle w:val="1"/>
        <w:pBdr>
          <w:bottom w:val="single" w:sz="10" w:space="1" w:color="D9E9E7"/>
        </w:pBdr>
        <w:spacing w:before="160" w:after="120" w:line="240" w:lineRule="auto"/>
        <w:rPr>
          <w:lang w:eastAsia="ko-KR"/>
        </w:rPr>
      </w:pPr>
      <w:r>
        <w:rPr>
          <w:lang w:eastAsia="ko-KR"/>
        </w:rPr>
        <w:t xml:space="preserve">V. </w:t>
      </w:r>
      <w:r>
        <w:rPr>
          <w:rFonts w:ascii="맑은 고딕" w:eastAsia="맑은 고딕" w:hAnsi="맑은 고딕" w:cs="맑은 고딕" w:hint="eastAsia"/>
          <w:lang w:eastAsia="ko-KR"/>
        </w:rPr>
        <w:t>사업</w:t>
      </w:r>
      <w:r>
        <w:rPr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lang w:eastAsia="ko-KR"/>
        </w:rPr>
        <w:t>범위</w:t>
      </w:r>
      <w:r>
        <w:rPr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lang w:eastAsia="ko-KR"/>
        </w:rPr>
        <w:t>및</w:t>
      </w:r>
      <w:r>
        <w:rPr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lang w:eastAsia="ko-KR"/>
        </w:rPr>
        <w:t>서비스</w:t>
      </w:r>
      <w:r>
        <w:rPr>
          <w:lang w:eastAsia="ko-KR"/>
        </w:rPr>
        <w:t xml:space="preserve"> </w:t>
      </w:r>
      <w:r>
        <w:rPr>
          <w:rFonts w:ascii="맑은 고딕" w:eastAsia="맑은 고딕" w:hAnsi="맑은 고딕" w:cs="맑은 고딕" w:hint="eastAsia"/>
          <w:lang w:eastAsia="ko-KR"/>
        </w:rPr>
        <w:t>요구사항</w:t>
      </w:r>
    </w:p>
    <w:p w14:paraId="70895A68" w14:textId="77777777" w:rsidR="000B1B8C" w:rsidRDefault="001D78E7">
      <w:pPr>
        <w:pStyle w:val="21"/>
        <w:spacing w:before="120" w:after="60" w:line="240" w:lineRule="auto"/>
      </w:pPr>
      <w:proofErr w:type="spellStart"/>
      <w:r>
        <w:rPr>
          <w:rFonts w:ascii="맑은 고딕" w:eastAsia="맑은 고딕" w:hAnsi="맑은 고딕" w:cs="맑은 고딕" w:hint="eastAsia"/>
        </w:rPr>
        <w:t>운</w:t>
      </w:r>
      <w:r>
        <w:t>영사의</w:t>
      </w:r>
      <w:proofErr w:type="spellEnd"/>
      <w:r>
        <w:t xml:space="preserve"> </w:t>
      </w:r>
      <w:proofErr w:type="spellStart"/>
      <w:r>
        <w:t>주요</w:t>
      </w:r>
      <w:proofErr w:type="spellEnd"/>
      <w:r>
        <w:t xml:space="preserve"> </w:t>
      </w:r>
      <w:proofErr w:type="spellStart"/>
      <w:r>
        <w:t>역할</w:t>
      </w:r>
      <w:proofErr w:type="spellEnd"/>
    </w:p>
    <w:p w14:paraId="605E4596" w14:textId="77777777" w:rsidR="000B1B8C" w:rsidRDefault="001D78E7">
      <w:pPr>
        <w:pStyle w:val="a"/>
        <w:spacing w:after="40" w:line="300" w:lineRule="auto"/>
        <w:rPr>
          <w:lang w:eastAsia="ko-KR"/>
        </w:rPr>
      </w:pPr>
      <w:r>
        <w:rPr>
          <w:lang w:eastAsia="ko-KR"/>
        </w:rPr>
        <w:t>전시 운영 및 관리: 프리뷰 및 공개 전시 기간 중 부스 상시 관리, 일일 3회 이상 부스 환경 정리 및 안전 점검, 도난 방지 및 보안 관리 수행</w:t>
      </w:r>
    </w:p>
    <w:p w14:paraId="1BA0646F" w14:textId="77777777" w:rsidR="000B1B8C" w:rsidRDefault="001D78E7">
      <w:pPr>
        <w:pStyle w:val="a"/>
        <w:spacing w:after="40" w:line="300" w:lineRule="auto"/>
        <w:rPr>
          <w:lang w:eastAsia="ko-KR"/>
        </w:rPr>
      </w:pPr>
      <w:r>
        <w:rPr>
          <w:lang w:eastAsia="ko-KR"/>
        </w:rPr>
        <w:t>부스 설치 및 철거 지원: 페어 제공 부스 설치·철거 시 협력, 점검 및 현장 정리, 설치·철거 기간 안전 관리 수행</w:t>
      </w:r>
    </w:p>
    <w:p w14:paraId="7339C11A" w14:textId="77777777" w:rsidR="000B1B8C" w:rsidRDefault="001D78E7">
      <w:pPr>
        <w:pStyle w:val="a"/>
        <w:spacing w:after="40" w:line="300" w:lineRule="auto"/>
        <w:rPr>
          <w:lang w:eastAsia="ko-KR"/>
        </w:rPr>
      </w:pPr>
      <w:r>
        <w:rPr>
          <w:lang w:eastAsia="ko-KR"/>
        </w:rPr>
        <w:t>협력 및 조율: 행사 운영사와 긴밀히 협력하고, 주변 부스와의 공간 공유 및 통행로를 확보하며, 긴급 상황 발생 시 즉시 대응</w:t>
      </w:r>
    </w:p>
    <w:p w14:paraId="09B1E6EE" w14:textId="77777777" w:rsidR="000B1B8C" w:rsidRDefault="001D78E7">
      <w:pPr>
        <w:pStyle w:val="1"/>
        <w:pBdr>
          <w:bottom w:val="single" w:sz="10" w:space="1" w:color="D9E9E7"/>
        </w:pBdr>
        <w:spacing w:before="160" w:after="120" w:line="240" w:lineRule="auto"/>
        <w:rPr>
          <w:lang w:eastAsia="ko-KR"/>
        </w:rPr>
      </w:pPr>
      <w:r>
        <w:rPr>
          <w:lang w:eastAsia="ko-KR"/>
        </w:rPr>
        <w:t xml:space="preserve">VI. </w:t>
      </w:r>
      <w:r>
        <w:rPr>
          <w:lang w:eastAsia="ko-KR"/>
        </w:rPr>
        <w:t>기술</w:t>
      </w:r>
      <w:r>
        <w:rPr>
          <w:lang w:eastAsia="ko-KR"/>
        </w:rPr>
        <w:t xml:space="preserve"> </w:t>
      </w:r>
      <w:r>
        <w:rPr>
          <w:lang w:eastAsia="ko-KR"/>
        </w:rPr>
        <w:t>제안서</w:t>
      </w:r>
      <w:r>
        <w:rPr>
          <w:lang w:eastAsia="ko-KR"/>
        </w:rPr>
        <w:t xml:space="preserve"> </w:t>
      </w:r>
      <w:r>
        <w:rPr>
          <w:lang w:eastAsia="ko-KR"/>
        </w:rPr>
        <w:t>평가</w:t>
      </w:r>
      <w:r>
        <w:rPr>
          <w:lang w:eastAsia="ko-KR"/>
        </w:rPr>
        <w:t xml:space="preserve"> </w:t>
      </w:r>
      <w:r>
        <w:rPr>
          <w:lang w:eastAsia="ko-KR"/>
        </w:rPr>
        <w:t>기준</w:t>
      </w:r>
    </w:p>
    <w:p w14:paraId="08F4DBE8" w14:textId="77777777" w:rsidR="000B1B8C" w:rsidRDefault="001D78E7">
      <w:pPr>
        <w:spacing w:after="100" w:line="300" w:lineRule="auto"/>
        <w:rPr>
          <w:lang w:eastAsia="ko-KR"/>
        </w:rPr>
      </w:pPr>
      <w:r>
        <w:rPr>
          <w:lang w:eastAsia="ko-KR"/>
        </w:rPr>
        <w:t>기술 제안서는 아래 항목을 포함하여 총 100점 기준으로 평가합니다.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1247"/>
        <w:gridCol w:w="5839"/>
      </w:tblGrid>
      <w:tr w:rsidR="000B1B8C" w14:paraId="66C274AB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34A50389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평가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분야</w:t>
            </w:r>
            <w:proofErr w:type="spellEnd"/>
          </w:p>
        </w:tc>
        <w:tc>
          <w:tcPr>
            <w:tcW w:w="124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398577B6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배점</w:t>
            </w:r>
            <w:proofErr w:type="spellEnd"/>
          </w:p>
        </w:tc>
        <w:tc>
          <w:tcPr>
            <w:tcW w:w="5839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504E4BE5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주요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평가항목</w:t>
            </w:r>
            <w:proofErr w:type="spellEnd"/>
          </w:p>
        </w:tc>
      </w:tr>
      <w:tr w:rsidR="000B1B8C" w14:paraId="6FED8DC6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D02B437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  <w:sz w:val="20"/>
              </w:rPr>
              <w:t>전시</w:t>
            </w:r>
            <w:proofErr w:type="spellEnd"/>
            <w:r>
              <w:rPr>
                <w:b/>
                <w:color w:val="0F4C5C"/>
                <w:sz w:val="20"/>
              </w:rPr>
              <w:t xml:space="preserve"> </w:t>
            </w:r>
            <w:proofErr w:type="spellStart"/>
            <w:r>
              <w:rPr>
                <w:b/>
                <w:color w:val="0F4C5C"/>
                <w:sz w:val="20"/>
              </w:rPr>
              <w:t>운영</w:t>
            </w:r>
            <w:proofErr w:type="spellEnd"/>
            <w:r>
              <w:rPr>
                <w:b/>
                <w:color w:val="0F4C5C"/>
                <w:sz w:val="20"/>
              </w:rPr>
              <w:t xml:space="preserve"> </w:t>
            </w:r>
            <w:proofErr w:type="spellStart"/>
            <w:r>
              <w:rPr>
                <w:b/>
                <w:color w:val="0F4C5C"/>
                <w:sz w:val="20"/>
              </w:rPr>
              <w:t>관리</w:t>
            </w:r>
            <w:proofErr w:type="spellEnd"/>
            <w:r>
              <w:rPr>
                <w:b/>
                <w:color w:val="0F4C5C"/>
                <w:sz w:val="20"/>
              </w:rPr>
              <w:t xml:space="preserve"> </w:t>
            </w:r>
            <w:proofErr w:type="spellStart"/>
            <w:r>
              <w:rPr>
                <w:b/>
                <w:color w:val="0F4C5C"/>
                <w:sz w:val="20"/>
              </w:rPr>
              <w:t>계획</w:t>
            </w:r>
            <w:proofErr w:type="spellEnd"/>
          </w:p>
        </w:tc>
        <w:tc>
          <w:tcPr>
            <w:tcW w:w="124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BC871A0" w14:textId="77777777" w:rsidR="000B1B8C" w:rsidRDefault="001D78E7">
            <w:pPr>
              <w:spacing w:after="0" w:line="300" w:lineRule="auto"/>
              <w:jc w:val="center"/>
            </w:pPr>
            <w:r>
              <w:rPr>
                <w:color w:val="222222"/>
                <w:sz w:val="20"/>
              </w:rPr>
              <w:t>40점</w:t>
            </w:r>
          </w:p>
        </w:tc>
        <w:tc>
          <w:tcPr>
            <w:tcW w:w="5839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3BC0A8C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sz w:val="20"/>
                <w:lang w:eastAsia="ko-KR"/>
              </w:rPr>
              <w:t>부스 상시 관리 체계 및 운영 방안</w:t>
            </w:r>
            <w:r>
              <w:rPr>
                <w:color w:val="222222"/>
                <w:sz w:val="20"/>
                <w:lang w:eastAsia="ko-KR"/>
              </w:rPr>
              <w:br/>
              <w:t>일일 정리·점검 계획 및 관리 기준</w:t>
            </w:r>
            <w:r>
              <w:rPr>
                <w:color w:val="222222"/>
                <w:sz w:val="20"/>
                <w:lang w:eastAsia="ko-KR"/>
              </w:rPr>
              <w:br/>
              <w:t>도난 방지 및 보안 관리 방안</w:t>
            </w:r>
            <w:r>
              <w:rPr>
                <w:color w:val="222222"/>
                <w:sz w:val="20"/>
                <w:lang w:eastAsia="ko-KR"/>
              </w:rPr>
              <w:br/>
              <w:t>문제 발생 시 대응 절차</w:t>
            </w:r>
            <w:r>
              <w:rPr>
                <w:color w:val="222222"/>
                <w:sz w:val="20"/>
                <w:lang w:eastAsia="ko-KR"/>
              </w:rPr>
              <w:br/>
              <w:t>운영 인력 배치 계획 및 역할 분담</w:t>
            </w:r>
          </w:p>
        </w:tc>
      </w:tr>
      <w:tr w:rsidR="000B1B8C" w14:paraId="59E42D44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0764DADF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  <w:sz w:val="20"/>
              </w:rPr>
              <w:t>안전</w:t>
            </w:r>
            <w:proofErr w:type="spellEnd"/>
            <w:r>
              <w:rPr>
                <w:b/>
                <w:color w:val="0F4C5C"/>
                <w:sz w:val="20"/>
              </w:rPr>
              <w:t xml:space="preserve"> 및 </w:t>
            </w:r>
            <w:proofErr w:type="spellStart"/>
            <w:r>
              <w:rPr>
                <w:b/>
                <w:color w:val="0F4C5C"/>
                <w:sz w:val="20"/>
              </w:rPr>
              <w:t>위험</w:t>
            </w:r>
            <w:proofErr w:type="spellEnd"/>
            <w:r>
              <w:rPr>
                <w:b/>
                <w:color w:val="0F4C5C"/>
                <w:sz w:val="20"/>
              </w:rPr>
              <w:t xml:space="preserve"> </w:t>
            </w:r>
            <w:proofErr w:type="spellStart"/>
            <w:r>
              <w:rPr>
                <w:b/>
                <w:color w:val="0F4C5C"/>
                <w:sz w:val="20"/>
              </w:rPr>
              <w:t>관리</w:t>
            </w:r>
            <w:proofErr w:type="spellEnd"/>
            <w:r>
              <w:rPr>
                <w:b/>
                <w:color w:val="0F4C5C"/>
                <w:sz w:val="20"/>
              </w:rPr>
              <w:t xml:space="preserve"> </w:t>
            </w:r>
            <w:proofErr w:type="spellStart"/>
            <w:r>
              <w:rPr>
                <w:b/>
                <w:color w:val="0F4C5C"/>
                <w:sz w:val="20"/>
              </w:rPr>
              <w:t>계획</w:t>
            </w:r>
            <w:proofErr w:type="spellEnd"/>
          </w:p>
        </w:tc>
        <w:tc>
          <w:tcPr>
            <w:tcW w:w="124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32D4CE4" w14:textId="77777777" w:rsidR="000B1B8C" w:rsidRDefault="001D78E7">
            <w:pPr>
              <w:spacing w:after="0" w:line="300" w:lineRule="auto"/>
              <w:jc w:val="center"/>
            </w:pPr>
            <w:r>
              <w:rPr>
                <w:color w:val="222222"/>
                <w:sz w:val="20"/>
              </w:rPr>
              <w:t>35점</w:t>
            </w:r>
          </w:p>
        </w:tc>
        <w:tc>
          <w:tcPr>
            <w:tcW w:w="5839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BEBA34A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sz w:val="20"/>
                <w:lang w:eastAsia="ko-KR"/>
              </w:rPr>
              <w:t>전시 기간 중 안전 관리 시스템</w:t>
            </w:r>
            <w:r>
              <w:rPr>
                <w:color w:val="222222"/>
                <w:sz w:val="20"/>
                <w:lang w:eastAsia="ko-KR"/>
              </w:rPr>
              <w:br/>
              <w:t>설치·철거 시 안전 대책</w:t>
            </w:r>
            <w:r>
              <w:rPr>
                <w:color w:val="222222"/>
                <w:sz w:val="20"/>
                <w:lang w:eastAsia="ko-KR"/>
              </w:rPr>
              <w:br/>
              <w:t>전기 설비 및 조명 안전 점검 계획</w:t>
            </w:r>
            <w:r>
              <w:rPr>
                <w:color w:val="222222"/>
                <w:sz w:val="20"/>
                <w:lang w:eastAsia="ko-KR"/>
              </w:rPr>
              <w:br/>
              <w:t>긴급 상황 대응 매뉴얼</w:t>
            </w:r>
            <w:r>
              <w:rPr>
                <w:color w:val="222222"/>
                <w:sz w:val="20"/>
                <w:lang w:eastAsia="ko-KR"/>
              </w:rPr>
              <w:br/>
              <w:t>일일 안전 점검 기록 및 보고 절차</w:t>
            </w:r>
          </w:p>
        </w:tc>
      </w:tr>
      <w:tr w:rsidR="000B1B8C" w14:paraId="65B26D30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21A96C50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  <w:sz w:val="20"/>
              </w:rPr>
              <w:t>조직</w:t>
            </w:r>
            <w:proofErr w:type="spellEnd"/>
            <w:r>
              <w:rPr>
                <w:b/>
                <w:color w:val="0F4C5C"/>
                <w:sz w:val="20"/>
              </w:rPr>
              <w:t xml:space="preserve"> </w:t>
            </w:r>
            <w:proofErr w:type="spellStart"/>
            <w:r>
              <w:rPr>
                <w:b/>
                <w:color w:val="0F4C5C"/>
                <w:sz w:val="20"/>
              </w:rPr>
              <w:t>역량</w:t>
            </w:r>
            <w:proofErr w:type="spellEnd"/>
            <w:r>
              <w:rPr>
                <w:b/>
                <w:color w:val="0F4C5C"/>
                <w:sz w:val="20"/>
              </w:rPr>
              <w:t xml:space="preserve"> 및 </w:t>
            </w:r>
            <w:proofErr w:type="spellStart"/>
            <w:r>
              <w:rPr>
                <w:b/>
                <w:color w:val="0F4C5C"/>
                <w:sz w:val="20"/>
              </w:rPr>
              <w:t>경험</w:t>
            </w:r>
            <w:proofErr w:type="spellEnd"/>
          </w:p>
        </w:tc>
        <w:tc>
          <w:tcPr>
            <w:tcW w:w="124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BACEE09" w14:textId="77777777" w:rsidR="000B1B8C" w:rsidRDefault="001D78E7">
            <w:pPr>
              <w:spacing w:after="0" w:line="300" w:lineRule="auto"/>
              <w:jc w:val="center"/>
            </w:pPr>
            <w:r>
              <w:rPr>
                <w:color w:val="222222"/>
                <w:sz w:val="20"/>
              </w:rPr>
              <w:t>25점</w:t>
            </w:r>
          </w:p>
        </w:tc>
        <w:tc>
          <w:tcPr>
            <w:tcW w:w="5839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434B938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sz w:val="20"/>
                <w:lang w:eastAsia="ko-KR"/>
              </w:rPr>
              <w:t>유사 대규모 행사 참여 경험</w:t>
            </w:r>
            <w:r>
              <w:rPr>
                <w:color w:val="222222"/>
                <w:sz w:val="20"/>
                <w:lang w:eastAsia="ko-KR"/>
              </w:rPr>
              <w:br/>
              <w:t>전시 성공 사례</w:t>
            </w:r>
            <w:r>
              <w:rPr>
                <w:color w:val="222222"/>
                <w:sz w:val="20"/>
                <w:lang w:eastAsia="ko-KR"/>
              </w:rPr>
              <w:br/>
              <w:t>전문 인력 보유 현황</w:t>
            </w:r>
            <w:r>
              <w:rPr>
                <w:color w:val="222222"/>
                <w:sz w:val="20"/>
                <w:lang w:eastAsia="ko-KR"/>
              </w:rPr>
              <w:br/>
              <w:t>기관 신뢰도 및 평판</w:t>
            </w:r>
          </w:p>
        </w:tc>
      </w:tr>
    </w:tbl>
    <w:p w14:paraId="0913AE19" w14:textId="77777777" w:rsidR="000B1B8C" w:rsidRDefault="001D78E7">
      <w:pPr>
        <w:pStyle w:val="1"/>
        <w:pBdr>
          <w:bottom w:val="single" w:sz="10" w:space="1" w:color="D9E9E7"/>
        </w:pBdr>
        <w:spacing w:before="160" w:after="120" w:line="240" w:lineRule="auto"/>
        <w:rPr>
          <w:lang w:eastAsia="ko-KR"/>
        </w:rPr>
      </w:pPr>
      <w:r>
        <w:rPr>
          <w:lang w:eastAsia="ko-KR"/>
        </w:rPr>
        <w:lastRenderedPageBreak/>
        <w:t xml:space="preserve">VII. </w:t>
      </w:r>
      <w:r>
        <w:rPr>
          <w:lang w:eastAsia="ko-KR"/>
        </w:rPr>
        <w:t>가격</w:t>
      </w:r>
      <w:r>
        <w:rPr>
          <w:lang w:eastAsia="ko-KR"/>
        </w:rPr>
        <w:t xml:space="preserve"> </w:t>
      </w:r>
      <w:r>
        <w:rPr>
          <w:lang w:eastAsia="ko-KR"/>
        </w:rPr>
        <w:t>제안서</w:t>
      </w:r>
      <w:r>
        <w:rPr>
          <w:lang w:eastAsia="ko-KR"/>
        </w:rPr>
        <w:t xml:space="preserve"> </w:t>
      </w:r>
      <w:r>
        <w:rPr>
          <w:lang w:eastAsia="ko-KR"/>
        </w:rPr>
        <w:t>요구사항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24"/>
        <w:gridCol w:w="5046"/>
        <w:gridCol w:w="1984"/>
      </w:tblGrid>
      <w:tr w:rsidR="000B1B8C" w14:paraId="29243301" w14:textId="77777777">
        <w:trPr>
          <w:jc w:val="center"/>
        </w:trPr>
        <w:tc>
          <w:tcPr>
            <w:tcW w:w="232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530A9886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FFFFFF"/>
              </w:rPr>
              <w:t>항목</w:t>
            </w:r>
            <w:proofErr w:type="spellEnd"/>
          </w:p>
        </w:tc>
        <w:tc>
          <w:tcPr>
            <w:tcW w:w="5046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588A234C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FFFFFF"/>
              </w:rPr>
              <w:t>내용</w:t>
            </w:r>
            <w:proofErr w:type="spellEnd"/>
          </w:p>
        </w:tc>
        <w:tc>
          <w:tcPr>
            <w:tcW w:w="198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4678F38D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FFFFFF"/>
              </w:rPr>
              <w:t>금액</w:t>
            </w:r>
            <w:proofErr w:type="spellEnd"/>
          </w:p>
        </w:tc>
      </w:tr>
      <w:tr w:rsidR="000B1B8C" w14:paraId="633994AA" w14:textId="77777777">
        <w:trPr>
          <w:jc w:val="center"/>
        </w:trPr>
        <w:tc>
          <w:tcPr>
            <w:tcW w:w="232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6CC56B7A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  <w:sz w:val="20"/>
              </w:rPr>
              <w:t>부스</w:t>
            </w:r>
            <w:proofErr w:type="spellEnd"/>
            <w:r>
              <w:rPr>
                <w:b/>
                <w:color w:val="0F4C5C"/>
                <w:sz w:val="20"/>
              </w:rPr>
              <w:t xml:space="preserve"> </w:t>
            </w:r>
            <w:proofErr w:type="spellStart"/>
            <w:r>
              <w:rPr>
                <w:b/>
                <w:color w:val="0F4C5C"/>
                <w:sz w:val="20"/>
              </w:rPr>
              <w:t>설치</w:t>
            </w:r>
            <w:proofErr w:type="spellEnd"/>
            <w:r>
              <w:rPr>
                <w:b/>
                <w:color w:val="0F4C5C"/>
                <w:sz w:val="20"/>
              </w:rPr>
              <w:t xml:space="preserve"> </w:t>
            </w:r>
            <w:proofErr w:type="spellStart"/>
            <w:r>
              <w:rPr>
                <w:b/>
                <w:color w:val="0F4C5C"/>
                <w:sz w:val="20"/>
              </w:rPr>
              <w:t>지원비</w:t>
            </w:r>
            <w:proofErr w:type="spellEnd"/>
          </w:p>
        </w:tc>
        <w:tc>
          <w:tcPr>
            <w:tcW w:w="5046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CB91769" w14:textId="77777777" w:rsidR="000B1B8C" w:rsidRDefault="001D78E7">
            <w:pPr>
              <w:spacing w:after="0" w:line="300" w:lineRule="auto"/>
            </w:pPr>
            <w:proofErr w:type="spellStart"/>
            <w:r>
              <w:rPr>
                <w:color w:val="222222"/>
                <w:sz w:val="20"/>
              </w:rPr>
              <w:t>부스</w:t>
            </w:r>
            <w:proofErr w:type="spellEnd"/>
            <w:r>
              <w:rPr>
                <w:color w:val="222222"/>
                <w:sz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</w:rPr>
              <w:t>설치</w:t>
            </w:r>
            <w:proofErr w:type="spellEnd"/>
            <w:r>
              <w:rPr>
                <w:color w:val="222222"/>
                <w:sz w:val="20"/>
              </w:rPr>
              <w:t xml:space="preserve"> </w:t>
            </w:r>
            <w:proofErr w:type="spellStart"/>
            <w:r>
              <w:rPr>
                <w:color w:val="222222"/>
                <w:sz w:val="20"/>
              </w:rPr>
              <w:t>협력</w:t>
            </w:r>
            <w:proofErr w:type="spellEnd"/>
            <w:r>
              <w:rPr>
                <w:color w:val="222222"/>
                <w:sz w:val="20"/>
              </w:rPr>
              <w:t xml:space="preserve"> 및 </w:t>
            </w:r>
            <w:proofErr w:type="spellStart"/>
            <w:r>
              <w:rPr>
                <w:color w:val="222222"/>
                <w:sz w:val="20"/>
              </w:rPr>
              <w:t>점검</w:t>
            </w:r>
            <w:proofErr w:type="spellEnd"/>
            <w:r>
              <w:rPr>
                <w:color w:val="222222"/>
                <w:sz w:val="20"/>
              </w:rPr>
              <w:t xml:space="preserve"> (10/7~10/8)</w:t>
            </w:r>
          </w:p>
        </w:tc>
        <w:tc>
          <w:tcPr>
            <w:tcW w:w="198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3C40D29" w14:textId="77777777" w:rsidR="000B1B8C" w:rsidRDefault="001D78E7">
            <w:pPr>
              <w:spacing w:after="0" w:line="300" w:lineRule="auto"/>
              <w:jc w:val="center"/>
            </w:pPr>
            <w:r>
              <w:rPr>
                <w:color w:val="222222"/>
                <w:sz w:val="20"/>
              </w:rPr>
              <w:t>_____원</w:t>
            </w:r>
          </w:p>
        </w:tc>
      </w:tr>
      <w:tr w:rsidR="000B1B8C" w14:paraId="32D63A7E" w14:textId="77777777">
        <w:trPr>
          <w:jc w:val="center"/>
        </w:trPr>
        <w:tc>
          <w:tcPr>
            <w:tcW w:w="232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3309357F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  <w:sz w:val="20"/>
              </w:rPr>
              <w:t>전시</w:t>
            </w:r>
            <w:proofErr w:type="spellEnd"/>
            <w:r>
              <w:rPr>
                <w:b/>
                <w:color w:val="0F4C5C"/>
                <w:sz w:val="20"/>
              </w:rPr>
              <w:t xml:space="preserve"> </w:t>
            </w:r>
            <w:proofErr w:type="spellStart"/>
            <w:r>
              <w:rPr>
                <w:b/>
                <w:color w:val="0F4C5C"/>
                <w:sz w:val="20"/>
              </w:rPr>
              <w:t>운영비</w:t>
            </w:r>
            <w:proofErr w:type="spellEnd"/>
          </w:p>
        </w:tc>
        <w:tc>
          <w:tcPr>
            <w:tcW w:w="5046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35606A8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sz w:val="20"/>
                <w:lang w:eastAsia="ko-KR"/>
              </w:rPr>
              <w:t>부스 상시 관리 (4일간), 정리, 안전 점검</w:t>
            </w:r>
          </w:p>
        </w:tc>
        <w:tc>
          <w:tcPr>
            <w:tcW w:w="198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64A1361" w14:textId="77777777" w:rsidR="000B1B8C" w:rsidRDefault="001D78E7">
            <w:pPr>
              <w:spacing w:after="0" w:line="300" w:lineRule="auto"/>
              <w:jc w:val="center"/>
            </w:pPr>
            <w:r>
              <w:rPr>
                <w:color w:val="222222"/>
                <w:sz w:val="20"/>
              </w:rPr>
              <w:t>_____원</w:t>
            </w:r>
          </w:p>
        </w:tc>
      </w:tr>
      <w:tr w:rsidR="000B1B8C" w14:paraId="22E5D847" w14:textId="77777777">
        <w:trPr>
          <w:jc w:val="center"/>
        </w:trPr>
        <w:tc>
          <w:tcPr>
            <w:tcW w:w="232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5F8ECDD6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  <w:sz w:val="20"/>
              </w:rPr>
              <w:t>안전</w:t>
            </w:r>
            <w:proofErr w:type="spellEnd"/>
            <w:r>
              <w:rPr>
                <w:b/>
                <w:color w:val="0F4C5C"/>
                <w:sz w:val="20"/>
              </w:rPr>
              <w:t xml:space="preserve"> </w:t>
            </w:r>
            <w:proofErr w:type="spellStart"/>
            <w:r>
              <w:rPr>
                <w:b/>
                <w:color w:val="0F4C5C"/>
                <w:sz w:val="20"/>
              </w:rPr>
              <w:t>관리비</w:t>
            </w:r>
            <w:proofErr w:type="spellEnd"/>
          </w:p>
        </w:tc>
        <w:tc>
          <w:tcPr>
            <w:tcW w:w="5046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47B7153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sz w:val="20"/>
                <w:lang w:eastAsia="ko-KR"/>
              </w:rPr>
              <w:t>도난 방지, 보안 관리, 일일 점검</w:t>
            </w:r>
          </w:p>
        </w:tc>
        <w:tc>
          <w:tcPr>
            <w:tcW w:w="198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EB723D2" w14:textId="77777777" w:rsidR="000B1B8C" w:rsidRDefault="001D78E7">
            <w:pPr>
              <w:spacing w:after="0" w:line="300" w:lineRule="auto"/>
              <w:jc w:val="center"/>
            </w:pPr>
            <w:r>
              <w:rPr>
                <w:color w:val="222222"/>
                <w:sz w:val="20"/>
              </w:rPr>
              <w:t>_____원</w:t>
            </w:r>
          </w:p>
        </w:tc>
      </w:tr>
      <w:tr w:rsidR="000B1B8C" w14:paraId="16C9850F" w14:textId="77777777">
        <w:trPr>
          <w:jc w:val="center"/>
        </w:trPr>
        <w:tc>
          <w:tcPr>
            <w:tcW w:w="232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66A6DCFB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  <w:sz w:val="20"/>
              </w:rPr>
              <w:t>인력비</w:t>
            </w:r>
            <w:proofErr w:type="spellEnd"/>
          </w:p>
        </w:tc>
        <w:tc>
          <w:tcPr>
            <w:tcW w:w="5046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A786413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sz w:val="20"/>
                <w:lang w:eastAsia="ko-KR"/>
              </w:rPr>
              <w:t>운영 인력 급여 (설치·철거·운영)</w:t>
            </w:r>
          </w:p>
        </w:tc>
        <w:tc>
          <w:tcPr>
            <w:tcW w:w="198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7A3ED0A" w14:textId="77777777" w:rsidR="000B1B8C" w:rsidRDefault="001D78E7">
            <w:pPr>
              <w:spacing w:after="0" w:line="300" w:lineRule="auto"/>
              <w:jc w:val="center"/>
            </w:pPr>
            <w:r>
              <w:rPr>
                <w:color w:val="222222"/>
                <w:sz w:val="20"/>
              </w:rPr>
              <w:t>_____원</w:t>
            </w:r>
          </w:p>
        </w:tc>
      </w:tr>
      <w:tr w:rsidR="000B1B8C" w14:paraId="174A15FF" w14:textId="77777777">
        <w:trPr>
          <w:jc w:val="center"/>
        </w:trPr>
        <w:tc>
          <w:tcPr>
            <w:tcW w:w="232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C023D8E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  <w:sz w:val="20"/>
              </w:rPr>
              <w:t>부스</w:t>
            </w:r>
            <w:proofErr w:type="spellEnd"/>
            <w:r>
              <w:rPr>
                <w:b/>
                <w:color w:val="0F4C5C"/>
                <w:sz w:val="20"/>
              </w:rPr>
              <w:t xml:space="preserve"> </w:t>
            </w:r>
            <w:proofErr w:type="spellStart"/>
            <w:r>
              <w:rPr>
                <w:b/>
                <w:color w:val="0F4C5C"/>
                <w:sz w:val="20"/>
              </w:rPr>
              <w:t>철거</w:t>
            </w:r>
            <w:proofErr w:type="spellEnd"/>
            <w:r>
              <w:rPr>
                <w:b/>
                <w:color w:val="0F4C5C"/>
                <w:sz w:val="20"/>
              </w:rPr>
              <w:t xml:space="preserve"> </w:t>
            </w:r>
            <w:proofErr w:type="spellStart"/>
            <w:r>
              <w:rPr>
                <w:b/>
                <w:color w:val="0F4C5C"/>
                <w:sz w:val="20"/>
              </w:rPr>
              <w:t>지원비</w:t>
            </w:r>
            <w:proofErr w:type="spellEnd"/>
          </w:p>
        </w:tc>
        <w:tc>
          <w:tcPr>
            <w:tcW w:w="5046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D0057C4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sz w:val="20"/>
                <w:lang w:eastAsia="ko-KR"/>
              </w:rPr>
              <w:t>부스 철거 협력, 정리, 반출 (10/11)</w:t>
            </w:r>
          </w:p>
        </w:tc>
        <w:tc>
          <w:tcPr>
            <w:tcW w:w="198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133B23F" w14:textId="77777777" w:rsidR="000B1B8C" w:rsidRDefault="001D78E7">
            <w:pPr>
              <w:spacing w:after="0" w:line="300" w:lineRule="auto"/>
              <w:jc w:val="center"/>
            </w:pPr>
            <w:r>
              <w:rPr>
                <w:color w:val="222222"/>
                <w:sz w:val="20"/>
              </w:rPr>
              <w:t>_____원</w:t>
            </w:r>
          </w:p>
        </w:tc>
      </w:tr>
      <w:tr w:rsidR="000B1B8C" w14:paraId="48617862" w14:textId="77777777">
        <w:trPr>
          <w:jc w:val="center"/>
        </w:trPr>
        <w:tc>
          <w:tcPr>
            <w:tcW w:w="232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03A9BD3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  <w:sz w:val="20"/>
              </w:rPr>
              <w:t>기타</w:t>
            </w:r>
            <w:proofErr w:type="spellEnd"/>
            <w:r>
              <w:rPr>
                <w:b/>
                <w:color w:val="0F4C5C"/>
                <w:sz w:val="20"/>
              </w:rPr>
              <w:t xml:space="preserve"> </w:t>
            </w:r>
            <w:proofErr w:type="spellStart"/>
            <w:r>
              <w:rPr>
                <w:b/>
                <w:color w:val="0F4C5C"/>
                <w:sz w:val="20"/>
              </w:rPr>
              <w:t>경비</w:t>
            </w:r>
            <w:proofErr w:type="spellEnd"/>
          </w:p>
        </w:tc>
        <w:tc>
          <w:tcPr>
            <w:tcW w:w="5046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378AC5E" w14:textId="77777777" w:rsidR="000B1B8C" w:rsidRDefault="001D78E7">
            <w:pPr>
              <w:spacing w:after="0" w:line="300" w:lineRule="auto"/>
            </w:pPr>
            <w:proofErr w:type="spellStart"/>
            <w:r>
              <w:rPr>
                <w:color w:val="222222"/>
                <w:sz w:val="20"/>
              </w:rPr>
              <w:t>보험료</w:t>
            </w:r>
            <w:proofErr w:type="spellEnd"/>
            <w:r>
              <w:rPr>
                <w:color w:val="222222"/>
                <w:sz w:val="20"/>
              </w:rPr>
              <w:t xml:space="preserve">, </w:t>
            </w:r>
            <w:proofErr w:type="spellStart"/>
            <w:r>
              <w:rPr>
                <w:color w:val="222222"/>
                <w:sz w:val="20"/>
              </w:rPr>
              <w:t>운송료</w:t>
            </w:r>
            <w:proofErr w:type="spellEnd"/>
            <w:r>
              <w:rPr>
                <w:color w:val="222222"/>
                <w:sz w:val="20"/>
              </w:rPr>
              <w:t xml:space="preserve">, </w:t>
            </w:r>
            <w:proofErr w:type="spellStart"/>
            <w:r>
              <w:rPr>
                <w:color w:val="222222"/>
                <w:sz w:val="20"/>
              </w:rPr>
              <w:t>잡비</w:t>
            </w:r>
            <w:proofErr w:type="spellEnd"/>
            <w:r>
              <w:rPr>
                <w:color w:val="222222"/>
                <w:sz w:val="20"/>
              </w:rPr>
              <w:t xml:space="preserve"> 등</w:t>
            </w:r>
          </w:p>
        </w:tc>
        <w:tc>
          <w:tcPr>
            <w:tcW w:w="198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7796D43" w14:textId="77777777" w:rsidR="000B1B8C" w:rsidRDefault="001D78E7">
            <w:pPr>
              <w:spacing w:after="0" w:line="300" w:lineRule="auto"/>
              <w:jc w:val="center"/>
            </w:pPr>
            <w:r>
              <w:rPr>
                <w:color w:val="222222"/>
                <w:sz w:val="20"/>
              </w:rPr>
              <w:t>_____원</w:t>
            </w:r>
          </w:p>
        </w:tc>
      </w:tr>
      <w:tr w:rsidR="000B1B8C" w14:paraId="55D32BA3" w14:textId="77777777">
        <w:trPr>
          <w:jc w:val="center"/>
        </w:trPr>
        <w:tc>
          <w:tcPr>
            <w:tcW w:w="232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CDE2DF"/>
            <w:vAlign w:val="center"/>
          </w:tcPr>
          <w:p w14:paraId="5E5427A8" w14:textId="77777777" w:rsidR="000B1B8C" w:rsidRDefault="001D78E7">
            <w:pPr>
              <w:spacing w:after="0" w:line="300" w:lineRule="auto"/>
              <w:jc w:val="center"/>
            </w:pPr>
            <w:r>
              <w:rPr>
                <w:b/>
                <w:color w:val="0F4C5C"/>
                <w:sz w:val="20"/>
              </w:rPr>
              <w:t xml:space="preserve">총 </w:t>
            </w:r>
            <w:proofErr w:type="spellStart"/>
            <w:r>
              <w:rPr>
                <w:b/>
                <w:color w:val="0F4C5C"/>
                <w:sz w:val="20"/>
              </w:rPr>
              <w:t>사업비</w:t>
            </w:r>
            <w:proofErr w:type="spellEnd"/>
          </w:p>
        </w:tc>
        <w:tc>
          <w:tcPr>
            <w:tcW w:w="5046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D8252FD" w14:textId="77777777" w:rsidR="000B1B8C" w:rsidRDefault="000B1B8C">
            <w:pPr>
              <w:spacing w:after="0" w:line="300" w:lineRule="auto"/>
            </w:pPr>
          </w:p>
        </w:tc>
        <w:tc>
          <w:tcPr>
            <w:tcW w:w="1984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BB69085" w14:textId="77777777" w:rsidR="000B1B8C" w:rsidRDefault="001D78E7">
            <w:pPr>
              <w:spacing w:after="0" w:line="300" w:lineRule="auto"/>
              <w:jc w:val="center"/>
            </w:pPr>
            <w:r>
              <w:rPr>
                <w:b/>
                <w:color w:val="222222"/>
                <w:sz w:val="20"/>
              </w:rPr>
              <w:t>_____원</w:t>
            </w:r>
          </w:p>
        </w:tc>
      </w:tr>
    </w:tbl>
    <w:p w14:paraId="213DE6A8" w14:textId="77777777" w:rsidR="000B1B8C" w:rsidRDefault="001D78E7">
      <w:pPr>
        <w:spacing w:before="100" w:after="40" w:line="300" w:lineRule="auto"/>
      </w:pPr>
      <w:proofErr w:type="spellStart"/>
      <w:r>
        <w:rPr>
          <w:b/>
          <w:color w:val="0F4C5C"/>
        </w:rPr>
        <w:t>가격</w:t>
      </w:r>
      <w:proofErr w:type="spellEnd"/>
      <w:r>
        <w:rPr>
          <w:b/>
          <w:color w:val="0F4C5C"/>
        </w:rPr>
        <w:t xml:space="preserve"> </w:t>
      </w:r>
      <w:proofErr w:type="spellStart"/>
      <w:r>
        <w:rPr>
          <w:b/>
          <w:color w:val="0F4C5C"/>
        </w:rPr>
        <w:t>제안</w:t>
      </w:r>
      <w:proofErr w:type="spellEnd"/>
      <w:r>
        <w:rPr>
          <w:b/>
          <w:color w:val="0F4C5C"/>
        </w:rPr>
        <w:t xml:space="preserve"> 시 </w:t>
      </w:r>
      <w:proofErr w:type="spellStart"/>
      <w:r>
        <w:rPr>
          <w:b/>
          <w:color w:val="0F4C5C"/>
        </w:rPr>
        <w:t>주의사항</w:t>
      </w:r>
      <w:proofErr w:type="spellEnd"/>
    </w:p>
    <w:p w14:paraId="5EC677B9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모든 가격은 부가가치세(VAT) 포함 기준으로 작성</w:t>
      </w:r>
    </w:p>
    <w:p w14:paraId="7EEBD2FD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추가 비용 발생 시 사전 협의 필수</w:t>
      </w:r>
    </w:p>
    <w:p w14:paraId="380A2B7F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저가 낙찰 방지를 위해 기준가 대비 80% 이상 제안</w:t>
      </w:r>
    </w:p>
    <w:p w14:paraId="79337D14" w14:textId="77777777" w:rsidR="000B1B8C" w:rsidRDefault="001D78E7">
      <w:pPr>
        <w:pStyle w:val="1"/>
        <w:pBdr>
          <w:bottom w:val="single" w:sz="10" w:space="1" w:color="D9E9E7"/>
        </w:pBdr>
        <w:spacing w:before="160" w:after="120" w:line="240" w:lineRule="auto"/>
        <w:rPr>
          <w:lang w:eastAsia="ko-KR"/>
        </w:rPr>
      </w:pPr>
      <w:r>
        <w:rPr>
          <w:lang w:eastAsia="ko-KR"/>
        </w:rPr>
        <w:t xml:space="preserve">VIII. </w:t>
      </w:r>
      <w:r>
        <w:rPr>
          <w:lang w:eastAsia="ko-KR"/>
        </w:rPr>
        <w:t>평가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선정</w:t>
      </w:r>
      <w:r>
        <w:rPr>
          <w:lang w:eastAsia="ko-KR"/>
        </w:rPr>
        <w:t xml:space="preserve"> </w:t>
      </w:r>
      <w:r>
        <w:rPr>
          <w:lang w:eastAsia="ko-KR"/>
        </w:rPr>
        <w:t>기준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6520"/>
      </w:tblGrid>
      <w:tr w:rsidR="000B1B8C" w14:paraId="4B8585AE" w14:textId="77777777">
        <w:trPr>
          <w:jc w:val="center"/>
        </w:trPr>
        <w:tc>
          <w:tcPr>
            <w:tcW w:w="283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7524F38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</w:rPr>
              <w:t>기술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제안서</w:t>
            </w:r>
            <w:proofErr w:type="spellEnd"/>
          </w:p>
        </w:tc>
        <w:tc>
          <w:tcPr>
            <w:tcW w:w="6520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BB5E100" w14:textId="77777777" w:rsidR="000B1B8C" w:rsidRDefault="001D78E7">
            <w:pPr>
              <w:spacing w:after="0" w:line="300" w:lineRule="auto"/>
            </w:pPr>
            <w:r>
              <w:rPr>
                <w:color w:val="222222"/>
              </w:rPr>
              <w:t>60점 (</w:t>
            </w:r>
            <w:proofErr w:type="spellStart"/>
            <w:r>
              <w:rPr>
                <w:color w:val="222222"/>
              </w:rPr>
              <w:t>만점</w:t>
            </w:r>
            <w:proofErr w:type="spellEnd"/>
            <w:r>
              <w:rPr>
                <w:color w:val="222222"/>
              </w:rPr>
              <w:t>)</w:t>
            </w:r>
          </w:p>
        </w:tc>
      </w:tr>
      <w:tr w:rsidR="000B1B8C" w14:paraId="2192675E" w14:textId="77777777">
        <w:trPr>
          <w:jc w:val="center"/>
        </w:trPr>
        <w:tc>
          <w:tcPr>
            <w:tcW w:w="283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5C664564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</w:rPr>
              <w:t>가격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제안서</w:t>
            </w:r>
            <w:proofErr w:type="spellEnd"/>
          </w:p>
        </w:tc>
        <w:tc>
          <w:tcPr>
            <w:tcW w:w="6520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A80FDB8" w14:textId="77777777" w:rsidR="000B1B8C" w:rsidRDefault="001D78E7">
            <w:pPr>
              <w:spacing w:after="0" w:line="300" w:lineRule="auto"/>
            </w:pPr>
            <w:r>
              <w:rPr>
                <w:color w:val="222222"/>
              </w:rPr>
              <w:t>40점 (</w:t>
            </w:r>
            <w:proofErr w:type="spellStart"/>
            <w:r>
              <w:rPr>
                <w:color w:val="222222"/>
              </w:rPr>
              <w:t>만점</w:t>
            </w:r>
            <w:proofErr w:type="spellEnd"/>
            <w:r>
              <w:rPr>
                <w:color w:val="222222"/>
              </w:rPr>
              <w:t>)</w:t>
            </w:r>
          </w:p>
        </w:tc>
      </w:tr>
      <w:tr w:rsidR="000B1B8C" w14:paraId="2E908FDF" w14:textId="77777777">
        <w:trPr>
          <w:jc w:val="center"/>
        </w:trPr>
        <w:tc>
          <w:tcPr>
            <w:tcW w:w="283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08944DBB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</w:rPr>
              <w:t>총점</w:t>
            </w:r>
            <w:proofErr w:type="spellEnd"/>
          </w:p>
        </w:tc>
        <w:tc>
          <w:tcPr>
            <w:tcW w:w="6520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C76A479" w14:textId="77777777" w:rsidR="000B1B8C" w:rsidRDefault="001D78E7">
            <w:pPr>
              <w:spacing w:after="0" w:line="300" w:lineRule="auto"/>
            </w:pPr>
            <w:r>
              <w:rPr>
                <w:color w:val="222222"/>
              </w:rPr>
              <w:t>100점</w:t>
            </w:r>
          </w:p>
        </w:tc>
      </w:tr>
      <w:tr w:rsidR="000B1B8C" w14:paraId="47C7BAF0" w14:textId="77777777">
        <w:trPr>
          <w:jc w:val="center"/>
        </w:trPr>
        <w:tc>
          <w:tcPr>
            <w:tcW w:w="2835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AEC36A6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</w:rPr>
              <w:t>가격점수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산식</w:t>
            </w:r>
            <w:proofErr w:type="spellEnd"/>
          </w:p>
        </w:tc>
        <w:tc>
          <w:tcPr>
            <w:tcW w:w="6520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2F979F0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 xml:space="preserve">(최저 </w:t>
            </w:r>
            <w:proofErr w:type="spellStart"/>
            <w:proofErr w:type="gramStart"/>
            <w:r>
              <w:rPr>
                <w:color w:val="222222"/>
                <w:lang w:eastAsia="ko-KR"/>
              </w:rPr>
              <w:t>제안가</w:t>
            </w:r>
            <w:proofErr w:type="spellEnd"/>
            <w:r>
              <w:rPr>
                <w:color w:val="222222"/>
                <w:lang w:eastAsia="ko-KR"/>
              </w:rPr>
              <w:t xml:space="preserve"> /</w:t>
            </w:r>
            <w:proofErr w:type="gramEnd"/>
            <w:r>
              <w:rPr>
                <w:color w:val="222222"/>
                <w:lang w:eastAsia="ko-KR"/>
              </w:rPr>
              <w:t xml:space="preserve"> 해당 입찰자 </w:t>
            </w:r>
            <w:proofErr w:type="spellStart"/>
            <w:r>
              <w:rPr>
                <w:color w:val="222222"/>
                <w:lang w:eastAsia="ko-KR"/>
              </w:rPr>
              <w:t>제안가</w:t>
            </w:r>
            <w:proofErr w:type="spellEnd"/>
            <w:r>
              <w:rPr>
                <w:color w:val="222222"/>
                <w:lang w:eastAsia="ko-KR"/>
              </w:rPr>
              <w:t>) × 40</w:t>
            </w:r>
          </w:p>
        </w:tc>
      </w:tr>
    </w:tbl>
    <w:p w14:paraId="545B5F5B" w14:textId="77777777" w:rsidR="000B1B8C" w:rsidRDefault="001D78E7">
      <w:pPr>
        <w:pStyle w:val="21"/>
        <w:spacing w:before="120" w:after="60" w:line="240" w:lineRule="auto"/>
      </w:pPr>
      <w:proofErr w:type="spellStart"/>
      <w:r>
        <w:t>기술</w:t>
      </w:r>
      <w:proofErr w:type="spellEnd"/>
      <w:r>
        <w:t xml:space="preserve"> </w:t>
      </w:r>
      <w:proofErr w:type="spellStart"/>
      <w:r>
        <w:t>제안서</w:t>
      </w:r>
      <w:proofErr w:type="spellEnd"/>
      <w:r>
        <w:t xml:space="preserve"> </w:t>
      </w:r>
      <w:proofErr w:type="spellStart"/>
      <w:r>
        <w:t>평가</w:t>
      </w:r>
      <w:proofErr w:type="spellEnd"/>
      <w:r>
        <w:t xml:space="preserve"> </w:t>
      </w:r>
      <w:proofErr w:type="spellStart"/>
      <w:r>
        <w:t>방식</w:t>
      </w:r>
      <w:proofErr w:type="spellEnd"/>
    </w:p>
    <w:p w14:paraId="5065FB8D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 xml:space="preserve">평가위원회 구성: 행사 </w:t>
      </w:r>
      <w:proofErr w:type="spellStart"/>
      <w:r>
        <w:rPr>
          <w:lang w:eastAsia="ko-KR"/>
        </w:rPr>
        <w:t>운영사</w:t>
      </w:r>
      <w:proofErr w:type="spellEnd"/>
      <w:r>
        <w:rPr>
          <w:lang w:eastAsia="ko-KR"/>
        </w:rPr>
        <w:t>, 미술 전문가, 업계 협회 대표 등 5인 이상</w:t>
      </w:r>
    </w:p>
    <w:p w14:paraId="737033BA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평가 방식: 개별 평가 후 평균점 산출</w:t>
      </w:r>
    </w:p>
    <w:p w14:paraId="327D48CD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재평가 청구 가능 (평가 결과 발표 후 7일 이내)</w:t>
      </w:r>
    </w:p>
    <w:p w14:paraId="0B5EBF69" w14:textId="77777777" w:rsidR="000B1B8C" w:rsidRDefault="001D78E7">
      <w:pPr>
        <w:pStyle w:val="21"/>
        <w:spacing w:before="120" w:after="60" w:line="240" w:lineRule="auto"/>
      </w:pPr>
      <w:proofErr w:type="spellStart"/>
      <w:r>
        <w:t>낙찰자</w:t>
      </w:r>
      <w:proofErr w:type="spellEnd"/>
      <w:r>
        <w:t xml:space="preserve"> </w:t>
      </w:r>
      <w:proofErr w:type="spellStart"/>
      <w:r>
        <w:t>선정</w:t>
      </w:r>
      <w:proofErr w:type="spellEnd"/>
    </w:p>
    <w:p w14:paraId="4CE1D7F1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기술점수와 가격점수 합계가 높은 입찰자를 낙찰자로 선정</w:t>
      </w:r>
    </w:p>
    <w:p w14:paraId="0F260641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동점인 경우 기술점수 순으로 우선 순위 결정</w:t>
      </w:r>
    </w:p>
    <w:p w14:paraId="40CAACF3" w14:textId="77777777" w:rsidR="000B1B8C" w:rsidRDefault="001D78E7">
      <w:pPr>
        <w:pStyle w:val="1"/>
        <w:pBdr>
          <w:bottom w:val="single" w:sz="10" w:space="1" w:color="D9E9E7"/>
        </w:pBdr>
        <w:spacing w:before="160" w:after="120" w:line="240" w:lineRule="auto"/>
        <w:rPr>
          <w:lang w:eastAsia="ko-KR"/>
        </w:rPr>
      </w:pPr>
      <w:r>
        <w:rPr>
          <w:lang w:eastAsia="ko-KR"/>
        </w:rPr>
        <w:t xml:space="preserve">IX. </w:t>
      </w:r>
      <w:r>
        <w:rPr>
          <w:lang w:eastAsia="ko-KR"/>
        </w:rPr>
        <w:t>계약</w:t>
      </w:r>
      <w:r>
        <w:rPr>
          <w:lang w:eastAsia="ko-KR"/>
        </w:rPr>
        <w:t xml:space="preserve"> </w:t>
      </w:r>
      <w:r>
        <w:rPr>
          <w:lang w:eastAsia="ko-KR"/>
        </w:rPr>
        <w:t>조건</w:t>
      </w:r>
    </w:p>
    <w:p w14:paraId="3A59CF1A" w14:textId="77777777" w:rsidR="000B1B8C" w:rsidRDefault="001D78E7">
      <w:pPr>
        <w:spacing w:after="60" w:line="300" w:lineRule="auto"/>
        <w:rPr>
          <w:lang w:eastAsia="ko-KR"/>
        </w:rPr>
      </w:pPr>
      <w:r>
        <w:rPr>
          <w:b/>
          <w:color w:val="0F4C5C"/>
          <w:lang w:eastAsia="ko-KR"/>
        </w:rPr>
        <w:t>계약 기간: 2026년 10월 7일(화) ~ 10월 11일(일)</w:t>
      </w:r>
    </w:p>
    <w:p w14:paraId="226AF6B5" w14:textId="77777777" w:rsidR="000B1B8C" w:rsidRDefault="001D78E7">
      <w:pPr>
        <w:pStyle w:val="21"/>
        <w:spacing w:before="120" w:after="60" w:line="240" w:lineRule="auto"/>
      </w:pPr>
      <w:proofErr w:type="spellStart"/>
      <w:r>
        <w:t>계약금</w:t>
      </w:r>
      <w:proofErr w:type="spellEnd"/>
      <w:r>
        <w:t xml:space="preserve"> </w:t>
      </w:r>
      <w:r>
        <w:t>및</w:t>
      </w:r>
      <w:r>
        <w:t xml:space="preserve"> </w:t>
      </w:r>
      <w:proofErr w:type="spellStart"/>
      <w:r>
        <w:t>보증금</w:t>
      </w:r>
      <w:proofErr w:type="spellEnd"/>
    </w:p>
    <w:p w14:paraId="578EFD0E" w14:textId="6065541B" w:rsidR="0052443A" w:rsidRPr="008F44B2" w:rsidRDefault="001D78E7" w:rsidP="0052443A">
      <w:pPr>
        <w:pStyle w:val="a0"/>
        <w:spacing w:after="40" w:line="300" w:lineRule="auto"/>
        <w:ind w:left="340" w:firstLine="0"/>
        <w:rPr>
          <w:color w:val="000000" w:themeColor="text1"/>
          <w:lang w:eastAsia="ko-KR"/>
        </w:rPr>
      </w:pPr>
      <w:r w:rsidRPr="008F44B2">
        <w:rPr>
          <w:color w:val="000000" w:themeColor="text1"/>
          <w:lang w:eastAsia="ko-KR"/>
        </w:rPr>
        <w:t>입찰 보증금: 총 사업비의 5% (</w:t>
      </w:r>
      <w:r w:rsidR="0052443A" w:rsidRPr="008F44B2">
        <w:rPr>
          <w:color w:val="000000" w:themeColor="text1"/>
          <w:lang w:eastAsia="ko-KR"/>
        </w:rPr>
        <w:t>입찰보증금 지급각서 제출로</w:t>
      </w:r>
      <w:r w:rsidR="0052443A" w:rsidRPr="008F44B2">
        <w:rPr>
          <w:rFonts w:hint="eastAsia"/>
          <w:color w:val="000000" w:themeColor="text1"/>
          <w:lang w:eastAsia="ko-KR"/>
        </w:rPr>
        <w:t xml:space="preserve"> 대체가능)</w:t>
      </w:r>
    </w:p>
    <w:p w14:paraId="7C87448F" w14:textId="15D9BB91" w:rsidR="000B1B8C" w:rsidRPr="008F44B2" w:rsidRDefault="0000606B" w:rsidP="0012721D">
      <w:pPr>
        <w:pStyle w:val="a0"/>
        <w:spacing w:after="40" w:line="300" w:lineRule="auto"/>
        <w:ind w:left="340" w:firstLine="0"/>
        <w:rPr>
          <w:color w:val="000000" w:themeColor="text1"/>
          <w:lang w:eastAsia="ko-KR"/>
        </w:rPr>
      </w:pPr>
      <w:r w:rsidRPr="008F44B2">
        <w:rPr>
          <w:rFonts w:hint="eastAsia"/>
          <w:color w:val="000000" w:themeColor="text1"/>
          <w:lang w:eastAsia="ko-KR"/>
        </w:rPr>
        <w:t xml:space="preserve">입찰보증금 지급각서 </w:t>
      </w:r>
      <w:proofErr w:type="gramStart"/>
      <w:r w:rsidRPr="008F44B2">
        <w:rPr>
          <w:rFonts w:hint="eastAsia"/>
          <w:color w:val="000000" w:themeColor="text1"/>
          <w:lang w:eastAsia="ko-KR"/>
        </w:rPr>
        <w:t>제출방법</w:t>
      </w:r>
      <w:r w:rsidRPr="008F44B2">
        <w:rPr>
          <w:color w:val="000000" w:themeColor="text1"/>
          <w:lang w:eastAsia="ko-KR"/>
        </w:rPr>
        <w:t xml:space="preserve"> </w:t>
      </w:r>
      <w:r w:rsidRPr="008F44B2">
        <w:rPr>
          <w:rFonts w:hint="eastAsia"/>
          <w:color w:val="000000" w:themeColor="text1"/>
          <w:lang w:eastAsia="ko-KR"/>
        </w:rPr>
        <w:t>:</w:t>
      </w:r>
      <w:proofErr w:type="gramEnd"/>
      <w:r w:rsidRPr="008F44B2">
        <w:rPr>
          <w:color w:val="000000" w:themeColor="text1"/>
          <w:lang w:eastAsia="ko-KR"/>
        </w:rPr>
        <w:t xml:space="preserve"> </w:t>
      </w:r>
      <w:r w:rsidRPr="008F44B2">
        <w:rPr>
          <w:rFonts w:hint="eastAsia"/>
          <w:color w:val="000000" w:themeColor="text1"/>
          <w:lang w:eastAsia="ko-KR"/>
        </w:rPr>
        <w:t>제출시 정해진 서식에 따라 송신한 입찰서로 갈음합니다.</w:t>
      </w:r>
    </w:p>
    <w:p w14:paraId="6C5E14BD" w14:textId="6C6A25FB" w:rsidR="000B1B8C" w:rsidRPr="008F44B2" w:rsidRDefault="001D78E7">
      <w:pPr>
        <w:pStyle w:val="a0"/>
        <w:spacing w:after="40" w:line="300" w:lineRule="auto"/>
        <w:ind w:left="340" w:firstLine="0"/>
        <w:rPr>
          <w:color w:val="000000" w:themeColor="text1"/>
          <w:lang w:eastAsia="ko-KR"/>
        </w:rPr>
      </w:pPr>
      <w:r w:rsidRPr="008F44B2">
        <w:rPr>
          <w:color w:val="000000" w:themeColor="text1"/>
          <w:lang w:eastAsia="ko-KR"/>
        </w:rPr>
        <w:t xml:space="preserve">계약금: 낙찰 결정 후 총 사업비의 </w:t>
      </w:r>
      <w:r w:rsidR="0000606B" w:rsidRPr="008F44B2">
        <w:rPr>
          <w:rFonts w:hint="eastAsia"/>
          <w:color w:val="000000" w:themeColor="text1"/>
          <w:lang w:eastAsia="ko-KR"/>
        </w:rPr>
        <w:t>3</w:t>
      </w:r>
      <w:r w:rsidRPr="008F44B2">
        <w:rPr>
          <w:color w:val="000000" w:themeColor="text1"/>
          <w:lang w:eastAsia="ko-KR"/>
        </w:rPr>
        <w:t xml:space="preserve">0% (계약 체결 시 </w:t>
      </w:r>
      <w:r w:rsidR="0000606B" w:rsidRPr="008F44B2">
        <w:rPr>
          <w:rFonts w:hint="eastAsia"/>
          <w:color w:val="000000" w:themeColor="text1"/>
          <w:lang w:eastAsia="ko-KR"/>
        </w:rPr>
        <w:t>지급</w:t>
      </w:r>
      <w:r w:rsidRPr="008F44B2">
        <w:rPr>
          <w:color w:val="000000" w:themeColor="text1"/>
          <w:lang w:eastAsia="ko-KR"/>
        </w:rPr>
        <w:t>)</w:t>
      </w:r>
    </w:p>
    <w:p w14:paraId="704E7AFD" w14:textId="03674964" w:rsidR="000B1B8C" w:rsidRPr="008F44B2" w:rsidRDefault="001D78E7">
      <w:pPr>
        <w:pStyle w:val="a0"/>
        <w:spacing w:after="40" w:line="300" w:lineRule="auto"/>
        <w:ind w:left="340" w:firstLine="0"/>
        <w:rPr>
          <w:color w:val="000000" w:themeColor="text1"/>
          <w:lang w:eastAsia="ko-KR"/>
        </w:rPr>
      </w:pPr>
      <w:r w:rsidRPr="008F44B2">
        <w:rPr>
          <w:color w:val="000000" w:themeColor="text1"/>
          <w:lang w:eastAsia="ko-KR"/>
        </w:rPr>
        <w:lastRenderedPageBreak/>
        <w:t xml:space="preserve">이행 보증금: </w:t>
      </w:r>
      <w:r w:rsidR="0000606B" w:rsidRPr="008F44B2">
        <w:rPr>
          <w:rFonts w:hint="eastAsia"/>
          <w:color w:val="000000" w:themeColor="text1"/>
          <w:lang w:eastAsia="ko-KR"/>
        </w:rPr>
        <w:t xml:space="preserve">계약 시 </w:t>
      </w:r>
      <w:r w:rsidR="0052443A" w:rsidRPr="008F44B2">
        <w:rPr>
          <w:rFonts w:hint="eastAsia"/>
          <w:color w:val="000000" w:themeColor="text1"/>
          <w:lang w:eastAsia="ko-KR"/>
        </w:rPr>
        <w:t xml:space="preserve">이행보증보험 </w:t>
      </w:r>
      <w:r w:rsidR="0000606B" w:rsidRPr="008F44B2">
        <w:rPr>
          <w:rFonts w:hint="eastAsia"/>
          <w:color w:val="000000" w:themeColor="text1"/>
          <w:lang w:eastAsia="ko-KR"/>
        </w:rPr>
        <w:t>제출</w:t>
      </w:r>
    </w:p>
    <w:p w14:paraId="0DD11E25" w14:textId="77777777" w:rsidR="000B1B8C" w:rsidRDefault="001D78E7">
      <w:pPr>
        <w:pStyle w:val="21"/>
        <w:spacing w:before="120" w:after="60" w:line="240" w:lineRule="auto"/>
      </w:pPr>
      <w:proofErr w:type="spellStart"/>
      <w:r>
        <w:t>기성금</w:t>
      </w:r>
      <w:proofErr w:type="spellEnd"/>
      <w:r>
        <w:t xml:space="preserve"> </w:t>
      </w:r>
      <w:r>
        <w:t>및</w:t>
      </w:r>
      <w:r>
        <w:t xml:space="preserve"> </w:t>
      </w:r>
      <w:proofErr w:type="spellStart"/>
      <w:r>
        <w:t>대금</w:t>
      </w:r>
      <w:proofErr w:type="spellEnd"/>
      <w:r>
        <w:t xml:space="preserve"> </w:t>
      </w:r>
      <w:proofErr w:type="spellStart"/>
      <w:r>
        <w:t>지급</w:t>
      </w:r>
      <w:proofErr w:type="spellEnd"/>
    </w:p>
    <w:p w14:paraId="2A7E2A04" w14:textId="485B5453" w:rsidR="000B1B8C" w:rsidRPr="001700EE" w:rsidRDefault="001D78E7">
      <w:pPr>
        <w:pStyle w:val="a0"/>
        <w:spacing w:after="40" w:line="300" w:lineRule="auto"/>
        <w:ind w:left="340" w:firstLine="0"/>
        <w:rPr>
          <w:color w:val="000000" w:themeColor="text1"/>
        </w:rPr>
      </w:pPr>
      <w:proofErr w:type="spellStart"/>
      <w:r>
        <w:t>부스</w:t>
      </w:r>
      <w:proofErr w:type="spellEnd"/>
      <w:r>
        <w:t xml:space="preserve"> </w:t>
      </w:r>
      <w:proofErr w:type="spellStart"/>
      <w:r>
        <w:t>설치</w:t>
      </w:r>
      <w:proofErr w:type="spellEnd"/>
      <w:r>
        <w:t xml:space="preserve"> </w:t>
      </w:r>
      <w:proofErr w:type="spellStart"/>
      <w:r>
        <w:t>완료</w:t>
      </w:r>
      <w:proofErr w:type="spellEnd"/>
      <w:r>
        <w:t xml:space="preserve"> 후</w:t>
      </w:r>
      <w:r w:rsidRPr="001700EE">
        <w:rPr>
          <w:color w:val="000000" w:themeColor="text1"/>
        </w:rPr>
        <w:t xml:space="preserve">: </w:t>
      </w:r>
      <w:r w:rsidR="0000606B" w:rsidRPr="001700EE">
        <w:rPr>
          <w:rFonts w:hint="eastAsia"/>
          <w:color w:val="000000" w:themeColor="text1"/>
          <w:lang w:eastAsia="ko-KR"/>
        </w:rPr>
        <w:t>4</w:t>
      </w:r>
      <w:r w:rsidRPr="001700EE">
        <w:rPr>
          <w:color w:val="000000" w:themeColor="text1"/>
        </w:rPr>
        <w:t xml:space="preserve">0% </w:t>
      </w:r>
      <w:proofErr w:type="spellStart"/>
      <w:r w:rsidRPr="001700EE">
        <w:rPr>
          <w:color w:val="000000" w:themeColor="text1"/>
        </w:rPr>
        <w:t>지급</w:t>
      </w:r>
      <w:proofErr w:type="spellEnd"/>
    </w:p>
    <w:p w14:paraId="451E9440" w14:textId="1B7BABC3" w:rsidR="000B1B8C" w:rsidRPr="001700EE" w:rsidRDefault="001D78E7">
      <w:pPr>
        <w:pStyle w:val="a0"/>
        <w:spacing w:after="40" w:line="300" w:lineRule="auto"/>
        <w:ind w:left="340" w:firstLine="0"/>
        <w:rPr>
          <w:color w:val="000000" w:themeColor="text1"/>
        </w:rPr>
      </w:pPr>
      <w:proofErr w:type="spellStart"/>
      <w:r w:rsidRPr="001700EE">
        <w:rPr>
          <w:color w:val="000000" w:themeColor="text1"/>
        </w:rPr>
        <w:t>행사</w:t>
      </w:r>
      <w:proofErr w:type="spellEnd"/>
      <w:r w:rsidRPr="001700EE">
        <w:rPr>
          <w:color w:val="000000" w:themeColor="text1"/>
        </w:rPr>
        <w:t xml:space="preserve"> </w:t>
      </w:r>
      <w:proofErr w:type="spellStart"/>
      <w:r w:rsidRPr="001700EE">
        <w:rPr>
          <w:color w:val="000000" w:themeColor="text1"/>
        </w:rPr>
        <w:t>개막</w:t>
      </w:r>
      <w:proofErr w:type="spellEnd"/>
      <w:r w:rsidRPr="001700EE">
        <w:rPr>
          <w:color w:val="000000" w:themeColor="text1"/>
        </w:rPr>
        <w:t xml:space="preserve"> 후: </w:t>
      </w:r>
      <w:r w:rsidR="0000606B" w:rsidRPr="001700EE">
        <w:rPr>
          <w:rFonts w:hint="eastAsia"/>
          <w:color w:val="000000" w:themeColor="text1"/>
          <w:lang w:eastAsia="ko-KR"/>
        </w:rPr>
        <w:t>3</w:t>
      </w:r>
      <w:r w:rsidRPr="001700EE">
        <w:rPr>
          <w:color w:val="000000" w:themeColor="text1"/>
        </w:rPr>
        <w:t xml:space="preserve">0% </w:t>
      </w:r>
      <w:proofErr w:type="spellStart"/>
      <w:r w:rsidRPr="001700EE">
        <w:rPr>
          <w:color w:val="000000" w:themeColor="text1"/>
        </w:rPr>
        <w:t>지급</w:t>
      </w:r>
      <w:proofErr w:type="spellEnd"/>
    </w:p>
    <w:p w14:paraId="412A28F3" w14:textId="75269E09" w:rsidR="000B1B8C" w:rsidRDefault="000B1B8C" w:rsidP="0000606B">
      <w:pPr>
        <w:pStyle w:val="a0"/>
        <w:numPr>
          <w:ilvl w:val="0"/>
          <w:numId w:val="0"/>
        </w:numPr>
        <w:spacing w:after="40" w:line="300" w:lineRule="auto"/>
        <w:ind w:left="340"/>
        <w:rPr>
          <w:lang w:eastAsia="ko-KR"/>
        </w:rPr>
      </w:pPr>
    </w:p>
    <w:p w14:paraId="0971D9FB" w14:textId="77777777" w:rsidR="000B1B8C" w:rsidRDefault="001D78E7">
      <w:pPr>
        <w:pStyle w:val="21"/>
        <w:spacing w:before="120" w:after="60" w:line="240" w:lineRule="auto"/>
      </w:pPr>
      <w:proofErr w:type="spellStart"/>
      <w:r>
        <w:t>계약</w:t>
      </w:r>
      <w:proofErr w:type="spellEnd"/>
      <w:r>
        <w:t xml:space="preserve"> </w:t>
      </w:r>
      <w:proofErr w:type="spellStart"/>
      <w:r>
        <w:t>해제</w:t>
      </w:r>
      <w:proofErr w:type="spellEnd"/>
      <w:r>
        <w:t xml:space="preserve"> </w:t>
      </w:r>
      <w:r>
        <w:t>및</w:t>
      </w:r>
      <w:r>
        <w:t xml:space="preserve"> </w:t>
      </w:r>
      <w:proofErr w:type="spellStart"/>
      <w:r>
        <w:t>손해배상</w:t>
      </w:r>
      <w:proofErr w:type="spellEnd"/>
    </w:p>
    <w:p w14:paraId="6FC434A4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낙찰자의 계약 포기 시 입찰 보증금 몰수</w:t>
      </w:r>
    </w:p>
    <w:p w14:paraId="55247C33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부실 운영으로 인한 문제 발생 시 즉시 보수 명령 및 추가 비용 청구 가능</w:t>
      </w:r>
    </w:p>
    <w:p w14:paraId="73BD9DD8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계약 위반 시 이행 보증금 일부 또는 전액 집행 가능</w:t>
      </w:r>
    </w:p>
    <w:p w14:paraId="4C5D6832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하자 보수 기간: 행사 종료 후 1개월 이내</w:t>
      </w:r>
    </w:p>
    <w:p w14:paraId="36732267" w14:textId="77777777" w:rsidR="000B1B8C" w:rsidRDefault="001D78E7">
      <w:pPr>
        <w:pStyle w:val="1"/>
        <w:pBdr>
          <w:bottom w:val="single" w:sz="10" w:space="1" w:color="D9E9E7"/>
        </w:pBdr>
        <w:spacing w:before="160" w:after="120" w:line="240" w:lineRule="auto"/>
        <w:rPr>
          <w:lang w:eastAsia="ko-KR"/>
        </w:rPr>
      </w:pPr>
      <w:r>
        <w:rPr>
          <w:lang w:eastAsia="ko-KR"/>
        </w:rPr>
        <w:t xml:space="preserve">X. </w:t>
      </w:r>
      <w:r>
        <w:rPr>
          <w:lang w:eastAsia="ko-KR"/>
        </w:rPr>
        <w:t>품질</w:t>
      </w:r>
      <w:r>
        <w:rPr>
          <w:lang w:eastAsia="ko-KR"/>
        </w:rPr>
        <w:t xml:space="preserve"> </w:t>
      </w:r>
      <w:r>
        <w:rPr>
          <w:lang w:eastAsia="ko-KR"/>
        </w:rPr>
        <w:t>기준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검수</w:t>
      </w:r>
    </w:p>
    <w:p w14:paraId="79FB93E5" w14:textId="77777777" w:rsidR="000B1B8C" w:rsidRDefault="001D78E7">
      <w:pPr>
        <w:pStyle w:val="21"/>
        <w:spacing w:before="120" w:after="60" w:line="240" w:lineRule="auto"/>
        <w:rPr>
          <w:lang w:eastAsia="ko-KR"/>
        </w:rPr>
      </w:pPr>
      <w:r>
        <w:rPr>
          <w:lang w:eastAsia="ko-KR"/>
        </w:rPr>
        <w:t>운영</w:t>
      </w:r>
      <w:r>
        <w:rPr>
          <w:lang w:eastAsia="ko-KR"/>
        </w:rPr>
        <w:t xml:space="preserve"> </w:t>
      </w:r>
      <w:r>
        <w:rPr>
          <w:lang w:eastAsia="ko-KR"/>
        </w:rPr>
        <w:t>관리</w:t>
      </w:r>
      <w:r>
        <w:rPr>
          <w:lang w:eastAsia="ko-KR"/>
        </w:rPr>
        <w:t xml:space="preserve"> </w:t>
      </w:r>
      <w:r>
        <w:rPr>
          <w:lang w:eastAsia="ko-KR"/>
        </w:rPr>
        <w:t>품질</w:t>
      </w:r>
      <w:r>
        <w:rPr>
          <w:lang w:eastAsia="ko-KR"/>
        </w:rPr>
        <w:t xml:space="preserve"> </w:t>
      </w:r>
      <w:r>
        <w:rPr>
          <w:lang w:eastAsia="ko-KR"/>
        </w:rPr>
        <w:t>기준</w:t>
      </w:r>
    </w:p>
    <w:p w14:paraId="4365A729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운영 태도: 친절하고 책임감 있는 운영 관리</w:t>
      </w:r>
    </w:p>
    <w:p w14:paraId="2DCAAA2F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정리 상태: 부스 및 전시 공간 항시 깔끔한 상태 유지</w:t>
      </w:r>
    </w:p>
    <w:p w14:paraId="52EFA231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안전 관리: 매일 안전 점검 수행 및 기록</w:t>
      </w:r>
    </w:p>
    <w:p w14:paraId="4E2E18D4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보안 관리: 도난 및 손상 방지 적극 관리</w:t>
      </w:r>
    </w:p>
    <w:p w14:paraId="597B4D7D" w14:textId="77777777" w:rsidR="000B1B8C" w:rsidRDefault="001D78E7">
      <w:pPr>
        <w:pStyle w:val="21"/>
        <w:spacing w:before="120" w:after="60" w:line="240" w:lineRule="auto"/>
      </w:pPr>
      <w:proofErr w:type="spellStart"/>
      <w:r>
        <w:t>검수</w:t>
      </w:r>
      <w:proofErr w:type="spellEnd"/>
      <w:r>
        <w:t xml:space="preserve"> </w:t>
      </w:r>
      <w:proofErr w:type="spellStart"/>
      <w:r>
        <w:t>절차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87"/>
      </w:tblGrid>
      <w:tr w:rsidR="000B1B8C" w14:paraId="2FAEDC88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6A589165" w14:textId="77777777" w:rsidR="000B1B8C" w:rsidRDefault="001D78E7">
            <w:pPr>
              <w:spacing w:after="0" w:line="300" w:lineRule="auto"/>
              <w:jc w:val="center"/>
            </w:pPr>
            <w:r>
              <w:rPr>
                <w:b/>
                <w:color w:val="0F4C5C"/>
              </w:rPr>
              <w:t xml:space="preserve">1차 </w:t>
            </w:r>
            <w:proofErr w:type="spellStart"/>
            <w:r>
              <w:rPr>
                <w:b/>
                <w:color w:val="0F4C5C"/>
              </w:rPr>
              <w:t>검수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2CEB97D" w14:textId="77777777" w:rsidR="000B1B8C" w:rsidRDefault="001D78E7">
            <w:pPr>
              <w:spacing w:after="0" w:line="300" w:lineRule="auto"/>
            </w:pPr>
            <w:proofErr w:type="spellStart"/>
            <w:r>
              <w:rPr>
                <w:color w:val="222222"/>
              </w:rPr>
              <w:t>부스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설치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완료</w:t>
            </w:r>
            <w:proofErr w:type="spellEnd"/>
            <w:r>
              <w:rPr>
                <w:color w:val="222222"/>
              </w:rPr>
              <w:t xml:space="preserve"> 시 (10/8 </w:t>
            </w:r>
            <w:proofErr w:type="spellStart"/>
            <w:r>
              <w:rPr>
                <w:color w:val="222222"/>
              </w:rPr>
              <w:t>오전</w:t>
            </w:r>
            <w:proofErr w:type="spellEnd"/>
            <w:r>
              <w:rPr>
                <w:color w:val="222222"/>
              </w:rPr>
              <w:t>)</w:t>
            </w:r>
          </w:p>
        </w:tc>
      </w:tr>
      <w:tr w:rsidR="000B1B8C" w14:paraId="2A15A054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624F2B5D" w14:textId="77777777" w:rsidR="000B1B8C" w:rsidRDefault="001D78E7">
            <w:pPr>
              <w:spacing w:after="0" w:line="300" w:lineRule="auto"/>
              <w:jc w:val="center"/>
            </w:pPr>
            <w:r>
              <w:rPr>
                <w:b/>
                <w:color w:val="0F4C5C"/>
              </w:rPr>
              <w:t xml:space="preserve">2차 </w:t>
            </w:r>
            <w:proofErr w:type="spellStart"/>
            <w:r>
              <w:rPr>
                <w:b/>
                <w:color w:val="0F4C5C"/>
              </w:rPr>
              <w:t>검수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23F8673" w14:textId="77777777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프리뷰 전 최종 확인 (10/8 오후)</w:t>
            </w:r>
          </w:p>
        </w:tc>
      </w:tr>
      <w:tr w:rsidR="000B1B8C" w14:paraId="3B3FEE2F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AB472FC" w14:textId="77777777" w:rsidR="000B1B8C" w:rsidRDefault="001D78E7">
            <w:pPr>
              <w:spacing w:after="0" w:line="300" w:lineRule="auto"/>
              <w:jc w:val="center"/>
            </w:pPr>
            <w:r>
              <w:rPr>
                <w:b/>
                <w:color w:val="0F4C5C"/>
              </w:rPr>
              <w:t xml:space="preserve">3차 </w:t>
            </w:r>
            <w:proofErr w:type="spellStart"/>
            <w:r>
              <w:rPr>
                <w:b/>
                <w:color w:val="0F4C5C"/>
              </w:rPr>
              <w:t>검수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7ABF76E" w14:textId="77777777" w:rsidR="000B1B8C" w:rsidRDefault="001D78E7">
            <w:pPr>
              <w:spacing w:after="0" w:line="300" w:lineRule="auto"/>
            </w:pPr>
            <w:proofErr w:type="spellStart"/>
            <w:r>
              <w:rPr>
                <w:color w:val="222222"/>
              </w:rPr>
              <w:t>행사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기간</w:t>
            </w:r>
            <w:proofErr w:type="spellEnd"/>
            <w:r>
              <w:rPr>
                <w:color w:val="222222"/>
              </w:rPr>
              <w:t xml:space="preserve"> 중 </w:t>
            </w:r>
            <w:proofErr w:type="spellStart"/>
            <w:r>
              <w:rPr>
                <w:color w:val="222222"/>
              </w:rPr>
              <w:t>수시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점검</w:t>
            </w:r>
            <w:proofErr w:type="spellEnd"/>
          </w:p>
        </w:tc>
      </w:tr>
      <w:tr w:rsidR="000B1B8C" w14:paraId="0CCBF9EE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EA155E5" w14:textId="77777777" w:rsidR="000B1B8C" w:rsidRDefault="001D78E7">
            <w:pPr>
              <w:spacing w:after="0" w:line="300" w:lineRule="auto"/>
              <w:jc w:val="center"/>
            </w:pPr>
            <w:r>
              <w:rPr>
                <w:b/>
                <w:color w:val="0F4C5C"/>
              </w:rPr>
              <w:t xml:space="preserve">4차 </w:t>
            </w:r>
            <w:proofErr w:type="spellStart"/>
            <w:r>
              <w:rPr>
                <w:b/>
                <w:color w:val="0F4C5C"/>
              </w:rPr>
              <w:t>검수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E68FD59" w14:textId="77777777" w:rsidR="000B1B8C" w:rsidRDefault="001D78E7">
            <w:pPr>
              <w:spacing w:after="0" w:line="300" w:lineRule="auto"/>
            </w:pPr>
            <w:proofErr w:type="spellStart"/>
            <w:r>
              <w:rPr>
                <w:color w:val="222222"/>
              </w:rPr>
              <w:t>철거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완료</w:t>
            </w:r>
            <w:proofErr w:type="spellEnd"/>
            <w:r>
              <w:rPr>
                <w:color w:val="222222"/>
              </w:rPr>
              <w:t xml:space="preserve"> 후 (10/11)</w:t>
            </w:r>
          </w:p>
        </w:tc>
      </w:tr>
    </w:tbl>
    <w:p w14:paraId="083FD497" w14:textId="77777777" w:rsidR="000B1B8C" w:rsidRDefault="001D78E7">
      <w:pPr>
        <w:pStyle w:val="21"/>
        <w:spacing w:before="120" w:after="60" w:line="240" w:lineRule="auto"/>
      </w:pPr>
      <w:proofErr w:type="spellStart"/>
      <w:r>
        <w:t>문제</w:t>
      </w:r>
      <w:proofErr w:type="spellEnd"/>
      <w:r>
        <w:t xml:space="preserve"> </w:t>
      </w:r>
      <w:proofErr w:type="spellStart"/>
      <w:r>
        <w:t>발생</w:t>
      </w:r>
      <w:proofErr w:type="spellEnd"/>
      <w:r>
        <w:t xml:space="preserve"> </w:t>
      </w:r>
      <w:r>
        <w:t>시</w:t>
      </w:r>
      <w:r>
        <w:t xml:space="preserve"> </w:t>
      </w:r>
      <w:proofErr w:type="spellStart"/>
      <w:r>
        <w:t>조치</w:t>
      </w:r>
      <w:proofErr w:type="spellEnd"/>
    </w:p>
    <w:p w14:paraId="13CB5004" w14:textId="77777777" w:rsidR="000B1B8C" w:rsidRDefault="001D78E7">
      <w:pPr>
        <w:pStyle w:val="a0"/>
        <w:spacing w:after="40" w:line="300" w:lineRule="auto"/>
        <w:ind w:left="340" w:firstLine="0"/>
      </w:pPr>
      <w:proofErr w:type="spellStart"/>
      <w:r>
        <w:t>운영</w:t>
      </w:r>
      <w:proofErr w:type="spellEnd"/>
      <w:r>
        <w:t xml:space="preserve"> </w:t>
      </w:r>
      <w:proofErr w:type="spellStart"/>
      <w:r>
        <w:t>미흡</w:t>
      </w:r>
      <w:proofErr w:type="spellEnd"/>
      <w:r>
        <w:t xml:space="preserve">: </w:t>
      </w:r>
      <w:proofErr w:type="spellStart"/>
      <w:r>
        <w:t>즉시</w:t>
      </w:r>
      <w:proofErr w:type="spellEnd"/>
      <w:r>
        <w:t xml:space="preserve"> </w:t>
      </w:r>
      <w:proofErr w:type="spellStart"/>
      <w:r>
        <w:t>개선</w:t>
      </w:r>
      <w:proofErr w:type="spellEnd"/>
      <w:r>
        <w:t xml:space="preserve"> </w:t>
      </w:r>
      <w:proofErr w:type="spellStart"/>
      <w:r>
        <w:t>명령</w:t>
      </w:r>
      <w:proofErr w:type="spellEnd"/>
    </w:p>
    <w:p w14:paraId="79C974E7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안전 문제: 즉시 보안 강화 및 보고</w:t>
      </w:r>
    </w:p>
    <w:p w14:paraId="4096BEC0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심각한 문제: 계약금 일부 반환 및 계약 해제</w:t>
      </w:r>
    </w:p>
    <w:p w14:paraId="722096E6" w14:textId="77777777" w:rsidR="000B1B8C" w:rsidRDefault="001D78E7">
      <w:pPr>
        <w:pStyle w:val="1"/>
        <w:pBdr>
          <w:bottom w:val="single" w:sz="10" w:space="1" w:color="D9E9E7"/>
        </w:pBdr>
        <w:spacing w:before="160" w:after="120" w:line="240" w:lineRule="auto"/>
        <w:rPr>
          <w:lang w:eastAsia="ko-KR"/>
        </w:rPr>
      </w:pPr>
      <w:r>
        <w:rPr>
          <w:lang w:eastAsia="ko-KR"/>
        </w:rPr>
        <w:t xml:space="preserve">XI. </w:t>
      </w:r>
      <w:r>
        <w:rPr>
          <w:lang w:eastAsia="ko-KR"/>
        </w:rPr>
        <w:t>보험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안전</w:t>
      </w:r>
      <w:r>
        <w:rPr>
          <w:lang w:eastAsia="ko-KR"/>
        </w:rPr>
        <w:t xml:space="preserve"> </w:t>
      </w:r>
      <w:r>
        <w:rPr>
          <w:lang w:eastAsia="ko-KR"/>
        </w:rPr>
        <w:t>관리</w:t>
      </w:r>
    </w:p>
    <w:p w14:paraId="6749FCE0" w14:textId="77777777" w:rsidR="000B1B8C" w:rsidRDefault="001D78E7">
      <w:pPr>
        <w:pStyle w:val="21"/>
        <w:spacing w:before="120" w:after="60" w:line="240" w:lineRule="auto"/>
        <w:rPr>
          <w:lang w:eastAsia="ko-KR"/>
        </w:rPr>
      </w:pPr>
      <w:r>
        <w:rPr>
          <w:lang w:eastAsia="ko-KR"/>
        </w:rPr>
        <w:t>보험</w:t>
      </w:r>
      <w:r>
        <w:rPr>
          <w:lang w:eastAsia="ko-KR"/>
        </w:rPr>
        <w:t xml:space="preserve"> </w:t>
      </w:r>
      <w:r>
        <w:rPr>
          <w:lang w:eastAsia="ko-KR"/>
        </w:rPr>
        <w:t>가입</w:t>
      </w:r>
      <w:r>
        <w:rPr>
          <w:lang w:eastAsia="ko-KR"/>
        </w:rPr>
        <w:t xml:space="preserve"> </w:t>
      </w:r>
      <w:r>
        <w:rPr>
          <w:lang w:eastAsia="ko-KR"/>
        </w:rPr>
        <w:t>필수</w:t>
      </w:r>
    </w:p>
    <w:p w14:paraId="1C76F904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산업 안전보험 (시공 기간)</w:t>
      </w:r>
    </w:p>
    <w:p w14:paraId="1B3BC78D" w14:textId="286EF734" w:rsidR="000B1B8C" w:rsidRPr="0000606B" w:rsidRDefault="001D78E7">
      <w:pPr>
        <w:pStyle w:val="a0"/>
        <w:spacing w:after="40" w:line="300" w:lineRule="auto"/>
        <w:ind w:left="340" w:firstLine="0"/>
        <w:rPr>
          <w:b/>
          <w:bCs/>
          <w:color w:val="EE0000"/>
          <w:lang w:eastAsia="ko-KR"/>
        </w:rPr>
      </w:pPr>
      <w:r>
        <w:rPr>
          <w:lang w:eastAsia="ko-KR"/>
        </w:rPr>
        <w:t xml:space="preserve">배상책임보험 </w:t>
      </w:r>
      <w:r w:rsidRPr="001700EE">
        <w:rPr>
          <w:color w:val="000000" w:themeColor="text1"/>
          <w:lang w:eastAsia="ko-KR"/>
        </w:rPr>
        <w:t>(</w:t>
      </w:r>
      <w:r w:rsidR="0000606B" w:rsidRPr="001700EE">
        <w:rPr>
          <w:rFonts w:hint="eastAsia"/>
          <w:color w:val="000000" w:themeColor="text1"/>
          <w:lang w:eastAsia="ko-KR"/>
        </w:rPr>
        <w:t>3</w:t>
      </w:r>
      <w:r w:rsidRPr="001700EE">
        <w:rPr>
          <w:color w:val="000000" w:themeColor="text1"/>
          <w:lang w:eastAsia="ko-KR"/>
        </w:rPr>
        <w:t>억 원 이상)</w:t>
      </w:r>
    </w:p>
    <w:p w14:paraId="5F632F6F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제출 기한: 계약 체결 후 7일 이내</w:t>
      </w:r>
    </w:p>
    <w:p w14:paraId="7B1F8C8A" w14:textId="77777777" w:rsidR="000B1B8C" w:rsidRDefault="001D78E7">
      <w:pPr>
        <w:pStyle w:val="21"/>
        <w:spacing w:before="120" w:after="60" w:line="240" w:lineRule="auto"/>
      </w:pPr>
      <w:proofErr w:type="spellStart"/>
      <w:r>
        <w:lastRenderedPageBreak/>
        <w:t>안전</w:t>
      </w:r>
      <w:proofErr w:type="spellEnd"/>
      <w:r>
        <w:t xml:space="preserve"> </w:t>
      </w:r>
      <w:proofErr w:type="spellStart"/>
      <w:r>
        <w:t>관리</w:t>
      </w:r>
      <w:proofErr w:type="spellEnd"/>
      <w:r>
        <w:t xml:space="preserve"> </w:t>
      </w:r>
      <w:proofErr w:type="spellStart"/>
      <w:r>
        <w:t>의무</w:t>
      </w:r>
      <w:proofErr w:type="spellEnd"/>
    </w:p>
    <w:p w14:paraId="045F7476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부스 설치·철거 중 안전 요원 배치</w:t>
      </w:r>
    </w:p>
    <w:p w14:paraId="5D037CC0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일일 안전 점검 및 기록 제출</w:t>
      </w:r>
    </w:p>
    <w:p w14:paraId="69D5C031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긴급 상황 발생 시 즉시 신고 및 조치</w:t>
      </w:r>
    </w:p>
    <w:p w14:paraId="483B0DF6" w14:textId="77777777" w:rsidR="000B1B8C" w:rsidRDefault="001D78E7">
      <w:pPr>
        <w:pStyle w:val="1"/>
        <w:pBdr>
          <w:bottom w:val="single" w:sz="10" w:space="1" w:color="D9E9E7"/>
        </w:pBdr>
        <w:spacing w:before="160" w:after="120" w:line="240" w:lineRule="auto"/>
        <w:rPr>
          <w:lang w:eastAsia="ko-KR"/>
        </w:rPr>
      </w:pPr>
      <w:r>
        <w:rPr>
          <w:lang w:eastAsia="ko-KR"/>
        </w:rPr>
        <w:t xml:space="preserve">XII. </w:t>
      </w:r>
      <w:r>
        <w:rPr>
          <w:lang w:eastAsia="ko-KR"/>
        </w:rPr>
        <w:t>제출</w:t>
      </w:r>
      <w:r>
        <w:rPr>
          <w:lang w:eastAsia="ko-KR"/>
        </w:rPr>
        <w:t xml:space="preserve"> </w:t>
      </w:r>
      <w:r>
        <w:rPr>
          <w:lang w:eastAsia="ko-KR"/>
        </w:rPr>
        <w:t>서류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일정</w:t>
      </w:r>
    </w:p>
    <w:p w14:paraId="1C93815E" w14:textId="77777777" w:rsidR="000B1B8C" w:rsidRDefault="001D78E7">
      <w:pPr>
        <w:pStyle w:val="21"/>
        <w:spacing w:before="120" w:after="60" w:line="240" w:lineRule="auto"/>
        <w:rPr>
          <w:lang w:eastAsia="ko-KR"/>
        </w:rPr>
      </w:pPr>
      <w:r>
        <w:rPr>
          <w:lang w:eastAsia="ko-KR"/>
        </w:rPr>
        <w:t>필수</w:t>
      </w:r>
      <w:r>
        <w:rPr>
          <w:lang w:eastAsia="ko-KR"/>
        </w:rPr>
        <w:t xml:space="preserve"> </w:t>
      </w:r>
      <w:r>
        <w:rPr>
          <w:lang w:eastAsia="ko-KR"/>
        </w:rPr>
        <w:t>제출</w:t>
      </w:r>
      <w:r>
        <w:rPr>
          <w:lang w:eastAsia="ko-KR"/>
        </w:rPr>
        <w:t xml:space="preserve"> </w:t>
      </w:r>
      <w:r>
        <w:rPr>
          <w:lang w:eastAsia="ko-KR"/>
        </w:rPr>
        <w:t>서류</w:t>
      </w:r>
    </w:p>
    <w:p w14:paraId="04F68074" w14:textId="77777777" w:rsidR="000B1B8C" w:rsidRDefault="001D78E7">
      <w:pPr>
        <w:pStyle w:val="a0"/>
        <w:spacing w:after="40" w:line="300" w:lineRule="auto"/>
        <w:ind w:left="340" w:firstLine="0"/>
      </w:pPr>
      <w:proofErr w:type="spellStart"/>
      <w:r>
        <w:t>사업자등록증</w:t>
      </w:r>
      <w:proofErr w:type="spellEnd"/>
      <w:r>
        <w:t xml:space="preserve"> </w:t>
      </w:r>
      <w:proofErr w:type="spellStart"/>
      <w:r>
        <w:t>사본</w:t>
      </w:r>
      <w:proofErr w:type="spellEnd"/>
    </w:p>
    <w:p w14:paraId="7FAA9311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3년 이상 전시 운영 경력 증명 서류</w:t>
      </w:r>
    </w:p>
    <w:p w14:paraId="14C19BA6" w14:textId="652A8E39" w:rsidR="000B1B8C" w:rsidRDefault="001D78E7">
      <w:pPr>
        <w:pStyle w:val="a0"/>
        <w:spacing w:after="40" w:line="300" w:lineRule="auto"/>
        <w:ind w:left="340" w:firstLine="0"/>
      </w:pPr>
      <w:proofErr w:type="spellStart"/>
      <w:r>
        <w:t>기술</w:t>
      </w:r>
      <w:proofErr w:type="spellEnd"/>
      <w:r>
        <w:t xml:space="preserve"> </w:t>
      </w:r>
      <w:proofErr w:type="spellStart"/>
      <w:r>
        <w:t>제안서</w:t>
      </w:r>
      <w:proofErr w:type="spellEnd"/>
      <w:r>
        <w:t xml:space="preserve"> </w:t>
      </w:r>
    </w:p>
    <w:p w14:paraId="627CF0CA" w14:textId="1220CB24" w:rsidR="000B1B8C" w:rsidRDefault="001D78E7">
      <w:pPr>
        <w:pStyle w:val="a0"/>
        <w:spacing w:after="40" w:line="300" w:lineRule="auto"/>
        <w:ind w:left="340" w:firstLine="0"/>
      </w:pPr>
      <w:proofErr w:type="spellStart"/>
      <w:r>
        <w:t>가격</w:t>
      </w:r>
      <w:proofErr w:type="spellEnd"/>
      <w:r>
        <w:t xml:space="preserve"> </w:t>
      </w:r>
      <w:proofErr w:type="spellStart"/>
      <w:r>
        <w:t>제안서</w:t>
      </w:r>
      <w:proofErr w:type="spellEnd"/>
      <w:r>
        <w:t xml:space="preserve"> </w:t>
      </w:r>
    </w:p>
    <w:p w14:paraId="6E2E6C24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기관 신뢰도 증명 서류 (추천서, 이전 협력 기관 평가 등)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87"/>
      </w:tblGrid>
      <w:tr w:rsidR="000B1B8C" w14:paraId="1C053DFC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05F79D77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</w:rPr>
              <w:t>제출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방식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7607F6D" w14:textId="77777777" w:rsidR="000B1B8C" w:rsidRDefault="001D78E7">
            <w:pPr>
              <w:spacing w:after="0" w:line="300" w:lineRule="auto"/>
            </w:pPr>
            <w:proofErr w:type="spellStart"/>
            <w:r>
              <w:rPr>
                <w:color w:val="222222"/>
              </w:rPr>
              <w:t>이메일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제출</w:t>
            </w:r>
            <w:proofErr w:type="spellEnd"/>
          </w:p>
        </w:tc>
      </w:tr>
      <w:tr w:rsidR="000B1B8C" w14:paraId="389DD06F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027A7AB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</w:rPr>
              <w:t>이메일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C580AA9" w14:textId="77777777" w:rsidR="000B1B8C" w:rsidRDefault="001D78E7">
            <w:pPr>
              <w:spacing w:after="0" w:line="300" w:lineRule="auto"/>
            </w:pPr>
            <w:r>
              <w:rPr>
                <w:color w:val="222222"/>
              </w:rPr>
              <w:t>jiafofficial@naver.com</w:t>
            </w:r>
          </w:p>
        </w:tc>
      </w:tr>
      <w:tr w:rsidR="000B1B8C" w14:paraId="0E622B05" w14:textId="77777777">
        <w:trPr>
          <w:jc w:val="center"/>
        </w:trPr>
        <w:tc>
          <w:tcPr>
            <w:tcW w:w="226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9520067" w14:textId="77777777" w:rsidR="000B1B8C" w:rsidRDefault="001D78E7">
            <w:pPr>
              <w:spacing w:after="0" w:line="300" w:lineRule="auto"/>
              <w:jc w:val="center"/>
            </w:pPr>
            <w:proofErr w:type="spellStart"/>
            <w:r>
              <w:rPr>
                <w:b/>
                <w:color w:val="0F4C5C"/>
              </w:rPr>
              <w:t>제출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마감</w:t>
            </w:r>
            <w:proofErr w:type="spellEnd"/>
          </w:p>
        </w:tc>
        <w:tc>
          <w:tcPr>
            <w:tcW w:w="70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9E62D3B" w14:textId="097610C1" w:rsidR="000B1B8C" w:rsidRDefault="001D78E7">
            <w:pPr>
              <w:spacing w:after="0" w:line="300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 xml:space="preserve">2026년 7월 </w:t>
            </w:r>
            <w:r w:rsidR="00671B5F">
              <w:rPr>
                <w:rFonts w:hint="eastAsia"/>
                <w:color w:val="222222"/>
                <w:lang w:eastAsia="ko-KR"/>
              </w:rPr>
              <w:t>29</w:t>
            </w:r>
            <w:r>
              <w:rPr>
                <w:color w:val="222222"/>
                <w:lang w:eastAsia="ko-KR"/>
              </w:rPr>
              <w:t>일(</w:t>
            </w:r>
            <w:r w:rsidR="00671B5F">
              <w:rPr>
                <w:rFonts w:hint="eastAsia"/>
                <w:color w:val="222222"/>
                <w:lang w:eastAsia="ko-KR"/>
              </w:rPr>
              <w:t>수</w:t>
            </w:r>
            <w:r>
              <w:rPr>
                <w:color w:val="222222"/>
                <w:lang w:eastAsia="ko-KR"/>
              </w:rPr>
              <w:t>) 17:00 (마감 시간 엄격함)</w:t>
            </w:r>
          </w:p>
        </w:tc>
      </w:tr>
    </w:tbl>
    <w:p w14:paraId="1CD0801A" w14:textId="77777777" w:rsidR="000B1B8C" w:rsidRDefault="001D78E7">
      <w:pPr>
        <w:pStyle w:val="1"/>
        <w:pBdr>
          <w:bottom w:val="single" w:sz="10" w:space="1" w:color="D9E9E7"/>
        </w:pBdr>
        <w:spacing w:before="160" w:after="120" w:line="240" w:lineRule="auto"/>
        <w:rPr>
          <w:lang w:eastAsia="ko-KR"/>
        </w:rPr>
      </w:pPr>
      <w:r>
        <w:rPr>
          <w:lang w:eastAsia="ko-KR"/>
        </w:rPr>
        <w:t xml:space="preserve">XIII. </w:t>
      </w:r>
      <w:r>
        <w:rPr>
          <w:lang w:eastAsia="ko-KR"/>
        </w:rPr>
        <w:t>기타</w:t>
      </w:r>
      <w:r>
        <w:rPr>
          <w:lang w:eastAsia="ko-KR"/>
        </w:rPr>
        <w:t xml:space="preserve"> </w:t>
      </w:r>
      <w:r>
        <w:rPr>
          <w:lang w:eastAsia="ko-KR"/>
        </w:rPr>
        <w:t>유의사항</w:t>
      </w:r>
    </w:p>
    <w:p w14:paraId="05CF15EE" w14:textId="77777777" w:rsidR="000B1B8C" w:rsidRDefault="001D78E7">
      <w:pPr>
        <w:pStyle w:val="21"/>
        <w:spacing w:before="120" w:after="60" w:line="240" w:lineRule="auto"/>
        <w:rPr>
          <w:lang w:eastAsia="ko-KR"/>
        </w:rPr>
      </w:pPr>
      <w:r>
        <w:rPr>
          <w:lang w:eastAsia="ko-KR"/>
        </w:rPr>
        <w:t>입찰</w:t>
      </w:r>
      <w:r>
        <w:rPr>
          <w:lang w:eastAsia="ko-KR"/>
        </w:rPr>
        <w:t xml:space="preserve"> </w:t>
      </w:r>
      <w:r>
        <w:rPr>
          <w:lang w:eastAsia="ko-KR"/>
        </w:rPr>
        <w:t>부정</w:t>
      </w:r>
      <w:r>
        <w:rPr>
          <w:lang w:eastAsia="ko-KR"/>
        </w:rPr>
        <w:t xml:space="preserve"> </w:t>
      </w:r>
      <w:r>
        <w:rPr>
          <w:lang w:eastAsia="ko-KR"/>
        </w:rPr>
        <w:t>행위</w:t>
      </w:r>
      <w:r>
        <w:rPr>
          <w:lang w:eastAsia="ko-KR"/>
        </w:rPr>
        <w:t xml:space="preserve"> </w:t>
      </w:r>
      <w:r>
        <w:rPr>
          <w:lang w:eastAsia="ko-KR"/>
        </w:rPr>
        <w:t>제재</w:t>
      </w:r>
    </w:p>
    <w:p w14:paraId="7488EC94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뇌물 제공, 담합 등 부정 행위 적발 시 입찰 보증금 몰수 및 계약 체결 불가</w:t>
      </w:r>
    </w:p>
    <w:p w14:paraId="43E8CE8B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향후 3년간 JIAF 입찰 참여 제한</w:t>
      </w:r>
    </w:p>
    <w:p w14:paraId="5548902C" w14:textId="77777777" w:rsidR="000B1B8C" w:rsidRDefault="001D78E7">
      <w:pPr>
        <w:pStyle w:val="21"/>
        <w:spacing w:before="120" w:after="60" w:line="240" w:lineRule="auto"/>
      </w:pPr>
      <w:proofErr w:type="spellStart"/>
      <w:r>
        <w:t>분쟁</w:t>
      </w:r>
      <w:proofErr w:type="spellEnd"/>
      <w:r>
        <w:t xml:space="preserve"> </w:t>
      </w:r>
      <w:proofErr w:type="spellStart"/>
      <w:r>
        <w:t>해결</w:t>
      </w:r>
      <w:proofErr w:type="spellEnd"/>
    </w:p>
    <w:p w14:paraId="5BCFD47B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계약 관련 분쟁 발생 시 서울중앙지방법원 관할</w:t>
      </w:r>
    </w:p>
    <w:p w14:paraId="4F174D1F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중재 요청 시 대한상사중재원 중재 절차 적용 가능</w:t>
      </w:r>
    </w:p>
    <w:p w14:paraId="4BF68151" w14:textId="77777777" w:rsidR="000B1B8C" w:rsidRDefault="001D78E7">
      <w:pPr>
        <w:pStyle w:val="21"/>
        <w:spacing w:before="120" w:after="60" w:line="240" w:lineRule="auto"/>
      </w:pPr>
      <w:proofErr w:type="spellStart"/>
      <w:r>
        <w:t>정보</w:t>
      </w:r>
      <w:proofErr w:type="spellEnd"/>
      <w:r>
        <w:t xml:space="preserve"> </w:t>
      </w:r>
      <w:proofErr w:type="spellStart"/>
      <w:r>
        <w:t>공개</w:t>
      </w:r>
      <w:proofErr w:type="spellEnd"/>
      <w:r>
        <w:t xml:space="preserve"> </w:t>
      </w:r>
      <w:r>
        <w:t>및</w:t>
      </w:r>
      <w:r>
        <w:t xml:space="preserve"> </w:t>
      </w:r>
      <w:proofErr w:type="spellStart"/>
      <w:r>
        <w:t>문의</w:t>
      </w:r>
      <w:proofErr w:type="spellEnd"/>
    </w:p>
    <w:p w14:paraId="4ACBDF36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입찰 관련 기술적 질문: jiafofficial@naver.com</w:t>
      </w:r>
    </w:p>
    <w:p w14:paraId="0A3EEBD8" w14:textId="77777777" w:rsidR="000B1B8C" w:rsidRDefault="001D78E7">
      <w:pPr>
        <w:pStyle w:val="a0"/>
        <w:spacing w:after="40" w:line="300" w:lineRule="auto"/>
        <w:ind w:left="340" w:firstLine="0"/>
      </w:pPr>
      <w:proofErr w:type="spellStart"/>
      <w:r>
        <w:t>전화</w:t>
      </w:r>
      <w:proofErr w:type="spellEnd"/>
      <w:r>
        <w:t xml:space="preserve"> </w:t>
      </w:r>
      <w:proofErr w:type="spellStart"/>
      <w:r>
        <w:t>상담</w:t>
      </w:r>
      <w:proofErr w:type="spellEnd"/>
      <w:r>
        <w:t>: 070-7795-5000</w:t>
      </w:r>
    </w:p>
    <w:p w14:paraId="2AEA6D0D" w14:textId="68F72211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공식 웹사이트: www.jiaf.</w:t>
      </w:r>
      <w:r w:rsidR="005E3CC4">
        <w:rPr>
          <w:rFonts w:hint="eastAsia"/>
          <w:lang w:eastAsia="ko-KR"/>
        </w:rPr>
        <w:t>app</w:t>
      </w:r>
    </w:p>
    <w:p w14:paraId="7E664C4F" w14:textId="77777777" w:rsidR="000B1B8C" w:rsidRDefault="001D78E7">
      <w:pPr>
        <w:pStyle w:val="21"/>
        <w:spacing w:before="120" w:after="60" w:line="240" w:lineRule="auto"/>
      </w:pPr>
      <w:proofErr w:type="spellStart"/>
      <w:r>
        <w:t>예산</w:t>
      </w:r>
      <w:proofErr w:type="spellEnd"/>
      <w:r>
        <w:t xml:space="preserve"> </w:t>
      </w:r>
      <w:proofErr w:type="spellStart"/>
      <w:r>
        <w:t>현황</w:t>
      </w:r>
      <w:proofErr w:type="spellEnd"/>
      <w:r>
        <w:t xml:space="preserve"> </w:t>
      </w:r>
      <w:proofErr w:type="spellStart"/>
      <w:r>
        <w:t>공시</w:t>
      </w:r>
      <w:proofErr w:type="spellEnd"/>
    </w:p>
    <w:p w14:paraId="358A6291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입찰 공고일로부터 60일 이내 낙찰자 결정</w:t>
      </w:r>
    </w:p>
    <w:p w14:paraId="18F435DC" w14:textId="77777777" w:rsidR="000B1B8C" w:rsidRDefault="001D78E7">
      <w:pPr>
        <w:pStyle w:val="a0"/>
        <w:spacing w:after="40" w:line="300" w:lineRule="auto"/>
        <w:ind w:left="340" w:firstLine="0"/>
        <w:rPr>
          <w:lang w:eastAsia="ko-KR"/>
        </w:rPr>
      </w:pPr>
      <w:r>
        <w:rPr>
          <w:lang w:eastAsia="ko-KR"/>
        </w:rPr>
        <w:t>계약 현황 및 진행 상황 분기별 공개</w:t>
      </w:r>
    </w:p>
    <w:p w14:paraId="0E6DAC74" w14:textId="77777777" w:rsidR="00671B5F" w:rsidRDefault="00671B5F" w:rsidP="00671B5F">
      <w:pPr>
        <w:pStyle w:val="a0"/>
        <w:numPr>
          <w:ilvl w:val="0"/>
          <w:numId w:val="0"/>
        </w:numPr>
        <w:spacing w:after="40" w:line="300" w:lineRule="auto"/>
        <w:ind w:left="340"/>
        <w:rPr>
          <w:rFonts w:hint="eastAsia"/>
          <w:lang w:eastAsia="ko-KR"/>
        </w:rPr>
      </w:pPr>
    </w:p>
    <w:p w14:paraId="517E16C1" w14:textId="77777777" w:rsidR="0011726A" w:rsidRDefault="0011726A" w:rsidP="005E3CC4">
      <w:pPr>
        <w:pStyle w:val="a0"/>
        <w:numPr>
          <w:ilvl w:val="0"/>
          <w:numId w:val="0"/>
        </w:numPr>
        <w:spacing w:after="40" w:line="300" w:lineRule="auto"/>
        <w:ind w:left="340"/>
        <w:rPr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0B1B8C" w14:paraId="6AB5A09B" w14:textId="77777777">
        <w:trPr>
          <w:jc w:val="center"/>
        </w:trPr>
        <w:tc>
          <w:tcPr>
            <w:tcW w:w="9866" w:type="dxa"/>
            <w:tcBorders>
              <w:top w:val="single" w:sz="8" w:space="0" w:color="B9C9C7"/>
              <w:left w:val="single" w:sz="8" w:space="0" w:color="B9C9C7"/>
              <w:bottom w:val="single" w:sz="8" w:space="0" w:color="B9C9C7"/>
              <w:right w:val="single" w:sz="8" w:space="0" w:color="B9C9C7"/>
            </w:tcBorders>
            <w:shd w:val="clear" w:color="auto" w:fill="F5F8F8"/>
          </w:tcPr>
          <w:p w14:paraId="68F3C411" w14:textId="27DAB1C5" w:rsidR="000B1B8C" w:rsidRDefault="001D78E7">
            <w:pPr>
              <w:spacing w:before="80" w:after="60" w:line="300" w:lineRule="auto"/>
              <w:rPr>
                <w:lang w:eastAsia="ko-KR"/>
              </w:rPr>
            </w:pPr>
            <w:r>
              <w:rPr>
                <w:b/>
                <w:color w:val="0F4C5C"/>
                <w:lang w:eastAsia="ko-KR"/>
              </w:rPr>
              <w:lastRenderedPageBreak/>
              <w:t xml:space="preserve">공 고 일: 2026년 7월 </w:t>
            </w:r>
            <w:r w:rsidR="005E3CC4">
              <w:rPr>
                <w:rFonts w:hint="eastAsia"/>
                <w:b/>
                <w:color w:val="0F4C5C"/>
                <w:lang w:eastAsia="ko-KR"/>
              </w:rPr>
              <w:t>2</w:t>
            </w:r>
            <w:r w:rsidR="00671B5F">
              <w:rPr>
                <w:rFonts w:hint="eastAsia"/>
                <w:b/>
                <w:color w:val="0F4C5C"/>
                <w:lang w:eastAsia="ko-KR"/>
              </w:rPr>
              <w:t>2</w:t>
            </w:r>
            <w:r>
              <w:rPr>
                <w:b/>
                <w:color w:val="0F4C5C"/>
                <w:lang w:eastAsia="ko-KR"/>
              </w:rPr>
              <w:t>일</w:t>
            </w:r>
            <w:r>
              <w:rPr>
                <w:b/>
                <w:color w:val="0F4C5C"/>
                <w:lang w:eastAsia="ko-KR"/>
              </w:rPr>
              <w:br/>
              <w:t>공고 기관: 2026 제주국제아트페어 조직위원회</w:t>
            </w:r>
            <w:r>
              <w:rPr>
                <w:b/>
                <w:color w:val="0F4C5C"/>
                <w:lang w:eastAsia="ko-KR"/>
              </w:rPr>
              <w:br/>
              <w:t>문의처: JIAF 2026 운영사무국</w:t>
            </w:r>
            <w:r>
              <w:rPr>
                <w:b/>
                <w:color w:val="0F4C5C"/>
                <w:lang w:eastAsia="ko-KR"/>
              </w:rPr>
              <w:br/>
            </w:r>
            <w:r>
              <w:rPr>
                <w:sz w:val="20"/>
                <w:lang w:eastAsia="ko-KR"/>
              </w:rPr>
              <w:t>☎ 070-7795-5000</w:t>
            </w:r>
            <w:r>
              <w:rPr>
                <w:sz w:val="20"/>
                <w:lang w:eastAsia="ko-KR"/>
              </w:rPr>
              <w:br/>
              <w:t>📧 jiafofficial@naver.com</w:t>
            </w:r>
            <w:r>
              <w:rPr>
                <w:sz w:val="20"/>
                <w:lang w:eastAsia="ko-KR"/>
              </w:rPr>
              <w:br/>
              <w:t xml:space="preserve">🌐 </w:t>
            </w:r>
            <w:r w:rsidR="005E3CC4">
              <w:rPr>
                <w:rFonts w:hint="eastAsia"/>
                <w:lang w:eastAsia="ko-KR"/>
              </w:rPr>
              <w:t>www.jiaf.app</w:t>
            </w:r>
          </w:p>
        </w:tc>
      </w:tr>
    </w:tbl>
    <w:p w14:paraId="54DF51BE" w14:textId="77777777" w:rsidR="00F13B84" w:rsidRPr="005E3CC4" w:rsidRDefault="00F13B84">
      <w:pPr>
        <w:rPr>
          <w:lang w:eastAsia="ko-KR"/>
        </w:rPr>
      </w:pPr>
    </w:p>
    <w:sectPr w:rsidR="00F13B84" w:rsidRPr="005E3CC4" w:rsidSect="00034616">
      <w:headerReference w:type="default" r:id="rId8"/>
      <w:footerReference w:type="default" r:id="rId9"/>
      <w:pgSz w:w="11906" w:h="16838"/>
      <w:pgMar w:top="1020" w:right="1020" w:bottom="907" w:left="102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E0B04" w14:textId="77777777" w:rsidR="002500AA" w:rsidRDefault="002500AA">
      <w:pPr>
        <w:spacing w:after="0" w:line="240" w:lineRule="auto"/>
      </w:pPr>
      <w:r>
        <w:separator/>
      </w:r>
    </w:p>
  </w:endnote>
  <w:endnote w:type="continuationSeparator" w:id="0">
    <w:p w14:paraId="3AE32D1C" w14:textId="77777777" w:rsidR="002500AA" w:rsidRDefault="00250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anumSquare">
    <w:altName w:val="Cambria"/>
    <w:panose1 w:val="00000000000000000000"/>
    <w:charset w:val="00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7181D" w14:textId="77777777" w:rsidR="000B1B8C" w:rsidRDefault="001D78E7">
    <w:pPr>
      <w:pStyle w:val="a6"/>
      <w:jc w:val="center"/>
      <w:rPr>
        <w:lang w:eastAsia="ko-KR"/>
      </w:rPr>
    </w:pPr>
    <w:r>
      <w:rPr>
        <w:color w:val="6B7280"/>
        <w:sz w:val="18"/>
        <w:lang w:eastAsia="ko-KR"/>
      </w:rPr>
      <w:t xml:space="preserve">JIAF 2026 </w:t>
    </w:r>
    <w:proofErr w:type="gramStart"/>
    <w:r>
      <w:rPr>
        <w:color w:val="6B7280"/>
        <w:sz w:val="18"/>
        <w:lang w:eastAsia="ko-KR"/>
      </w:rPr>
      <w:t>운영사무국  |</w:t>
    </w:r>
    <w:proofErr w:type="gramEnd"/>
    <w:r>
      <w:rPr>
        <w:color w:val="6B7280"/>
        <w:sz w:val="18"/>
        <w:lang w:eastAsia="ko-KR"/>
      </w:rPr>
      <w:t xml:space="preserve">  Page </w:t>
    </w:r>
    <w:r>
      <w:fldChar w:fldCharType="begin"/>
    </w:r>
    <w:r>
      <w:rPr>
        <w:lang w:eastAsia="ko-KR"/>
      </w:rPr>
      <w:instrText xml:space="preserve"> PAGE </w:instrText>
    </w:r>
    <w:r>
      <w:fldChar w:fldCharType="separate"/>
    </w:r>
    <w:r w:rsidR="00951D5A">
      <w:rPr>
        <w:noProof/>
        <w:lang w:eastAsia="ko-KR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95141" w14:textId="77777777" w:rsidR="002500AA" w:rsidRDefault="002500AA">
      <w:pPr>
        <w:spacing w:after="0" w:line="240" w:lineRule="auto"/>
      </w:pPr>
      <w:r>
        <w:separator/>
      </w:r>
    </w:p>
  </w:footnote>
  <w:footnote w:type="continuationSeparator" w:id="0">
    <w:p w14:paraId="3C84C3D0" w14:textId="77777777" w:rsidR="002500AA" w:rsidRDefault="00250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A15ED" w14:textId="77777777" w:rsidR="000B1B8C" w:rsidRDefault="001D78E7">
    <w:pPr>
      <w:pStyle w:val="a5"/>
      <w:jc w:val="right"/>
      <w:rPr>
        <w:lang w:eastAsia="ko-KR"/>
      </w:rPr>
    </w:pPr>
    <w:r>
      <w:rPr>
        <w:color w:val="6B7280"/>
        <w:sz w:val="18"/>
        <w:lang w:eastAsia="ko-KR"/>
      </w:rPr>
      <w:t xml:space="preserve">2026 </w:t>
    </w:r>
    <w:proofErr w:type="spellStart"/>
    <w:r>
      <w:rPr>
        <w:color w:val="6B7280"/>
        <w:sz w:val="18"/>
        <w:lang w:eastAsia="ko-KR"/>
      </w:rPr>
      <w:t>제주국제아트페어</w:t>
    </w:r>
    <w:proofErr w:type="spellEnd"/>
    <w:r>
      <w:rPr>
        <w:color w:val="6B7280"/>
        <w:sz w:val="18"/>
        <w:lang w:eastAsia="ko-KR"/>
      </w:rPr>
      <w:t>(JIAF 2026) | 전시부스 운영 공개입찰 공고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DEFAA48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D80F1B"/>
    <w:multiLevelType w:val="hybridMultilevel"/>
    <w:tmpl w:val="AB240B42"/>
    <w:lvl w:ilvl="0" w:tplc="5E36CB6C">
      <w:numFmt w:val="bullet"/>
      <w:lvlText w:val="-"/>
      <w:lvlJc w:val="left"/>
      <w:pPr>
        <w:ind w:left="1095" w:hanging="360"/>
      </w:pPr>
      <w:rPr>
        <w:rFonts w:ascii="NanumGothic" w:eastAsia="NanumGothic" w:hAnsi="Nanum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1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3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5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95" w:hanging="440"/>
      </w:pPr>
      <w:rPr>
        <w:rFonts w:ascii="Wingdings" w:hAnsi="Wingdings" w:hint="default"/>
      </w:rPr>
    </w:lvl>
  </w:abstractNum>
  <w:num w:numId="1" w16cid:durableId="1526290513">
    <w:abstractNumId w:val="8"/>
  </w:num>
  <w:num w:numId="2" w16cid:durableId="1383096494">
    <w:abstractNumId w:val="6"/>
  </w:num>
  <w:num w:numId="3" w16cid:durableId="802112373">
    <w:abstractNumId w:val="5"/>
  </w:num>
  <w:num w:numId="4" w16cid:durableId="144981540">
    <w:abstractNumId w:val="4"/>
  </w:num>
  <w:num w:numId="5" w16cid:durableId="1222793356">
    <w:abstractNumId w:val="7"/>
  </w:num>
  <w:num w:numId="6" w16cid:durableId="1426653765">
    <w:abstractNumId w:val="3"/>
  </w:num>
  <w:num w:numId="7" w16cid:durableId="1504541406">
    <w:abstractNumId w:val="2"/>
  </w:num>
  <w:num w:numId="8" w16cid:durableId="594441158">
    <w:abstractNumId w:val="1"/>
  </w:num>
  <w:num w:numId="9" w16cid:durableId="687409477">
    <w:abstractNumId w:val="0"/>
  </w:num>
  <w:num w:numId="10" w16cid:durableId="4658577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06B"/>
    <w:rsid w:val="00025D2C"/>
    <w:rsid w:val="00034616"/>
    <w:rsid w:val="0006063C"/>
    <w:rsid w:val="000B1B8C"/>
    <w:rsid w:val="000F6AAB"/>
    <w:rsid w:val="001020D2"/>
    <w:rsid w:val="0011726A"/>
    <w:rsid w:val="0012721D"/>
    <w:rsid w:val="0015074B"/>
    <w:rsid w:val="00155E40"/>
    <w:rsid w:val="00165464"/>
    <w:rsid w:val="001700EE"/>
    <w:rsid w:val="001D78E7"/>
    <w:rsid w:val="0022282D"/>
    <w:rsid w:val="0023301C"/>
    <w:rsid w:val="002500AA"/>
    <w:rsid w:val="0029639D"/>
    <w:rsid w:val="002D319E"/>
    <w:rsid w:val="00326F90"/>
    <w:rsid w:val="0038643C"/>
    <w:rsid w:val="0043776B"/>
    <w:rsid w:val="00476123"/>
    <w:rsid w:val="0052443A"/>
    <w:rsid w:val="00544D59"/>
    <w:rsid w:val="005E14F8"/>
    <w:rsid w:val="005E3CC4"/>
    <w:rsid w:val="00671B5F"/>
    <w:rsid w:val="00745861"/>
    <w:rsid w:val="007549BD"/>
    <w:rsid w:val="007D6967"/>
    <w:rsid w:val="008F44B2"/>
    <w:rsid w:val="00951D5A"/>
    <w:rsid w:val="00975554"/>
    <w:rsid w:val="009934AA"/>
    <w:rsid w:val="00A471CA"/>
    <w:rsid w:val="00A543EF"/>
    <w:rsid w:val="00AA1D8D"/>
    <w:rsid w:val="00AD43C5"/>
    <w:rsid w:val="00B47730"/>
    <w:rsid w:val="00B76614"/>
    <w:rsid w:val="00C74734"/>
    <w:rsid w:val="00CB0664"/>
    <w:rsid w:val="00CF41DA"/>
    <w:rsid w:val="00DB14A6"/>
    <w:rsid w:val="00F07F0E"/>
    <w:rsid w:val="00F13B84"/>
    <w:rsid w:val="00F67ED8"/>
    <w:rsid w:val="00FC693F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5AADD1"/>
  <w14:defaultImageDpi w14:val="300"/>
  <w15:docId w15:val="{199BE904-6217-464F-8E86-036C5D1D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anumGothic" w:eastAsia="NanumGothic" w:hAnsi="NanumGothic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4C5C"/>
      <w:sz w:val="30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7E7B"/>
      <w:sz w:val="23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JIAFTitle">
    <w:name w:val="JIAF Title"/>
    <w:basedOn w:val="a8"/>
    <w:rPr>
      <w:rFonts w:ascii="NanumSquare" w:eastAsia="NanumSquare" w:hAnsi="NanumSquare"/>
      <w:b/>
      <w:color w:val="0F4C5C"/>
      <w:sz w:val="46"/>
    </w:rPr>
  </w:style>
  <w:style w:type="paragraph" w:customStyle="1" w:styleId="JIAFSubtitle">
    <w:name w:val="JIAF Subtitle"/>
    <w:basedOn w:val="a9"/>
    <w:rPr>
      <w:rFonts w:ascii="NanumGothic" w:eastAsia="NanumGothic" w:hAnsi="NanumGothic"/>
      <w:color w:val="6B7280"/>
      <w:sz w:val="22"/>
    </w:rPr>
  </w:style>
  <w:style w:type="paragraph" w:customStyle="1" w:styleId="JIAFSection">
    <w:name w:val="JIAF Section"/>
    <w:basedOn w:val="1"/>
    <w:rPr>
      <w:rFonts w:ascii="NanumSquare" w:eastAsia="NanumSquare" w:hAnsi="NanumSquare"/>
    </w:rPr>
  </w:style>
  <w:style w:type="paragraph" w:customStyle="1" w:styleId="JIAFSubsection">
    <w:name w:val="JIAF Subsection"/>
    <w:basedOn w:val="21"/>
    <w:rPr>
      <w:rFonts w:ascii="NanumGothic" w:eastAsia="NanumGothic" w:hAnsi="NanumGothic"/>
    </w:rPr>
  </w:style>
  <w:style w:type="paragraph" w:customStyle="1" w:styleId="JIAFBox">
    <w:name w:val="JIAF Box"/>
    <w:basedOn w:val="a1"/>
    <w:rPr>
      <w:color w:val="222222"/>
    </w:rPr>
  </w:style>
  <w:style w:type="paragraph" w:customStyle="1" w:styleId="aff1">
    <w:name w:val="바탕글"/>
    <w:basedOn w:val="a1"/>
    <w:rsid w:val="0000606B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굴림" w:hAnsi="굴림" w:cs="굴림"/>
      <w:color w:val="000000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621</Words>
  <Characters>3546</Characters>
  <Application>Microsoft Office Word</Application>
  <DocSecurity>0</DocSecurity>
  <Lines>29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2026 제주국제아트페어 전시부스 운영 공개입찰 공고</vt:lpstr>
      <vt:lpstr/>
    </vt:vector>
  </TitlesOfParts>
  <Manager/>
  <Company/>
  <LinksUpToDate>false</LinksUpToDate>
  <CharactersWithSpaces>4159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제주국제아트페어 전시부스 운영 공개입찰 공고</dc:title>
  <dc:subject>JIAF 2026 공개입찰 공고</dc:subject>
  <dc:creator>OpenAI Docs Agent</dc:creator>
  <cp:keywords/>
  <dc:description>A4 페이지 크기 재조정 완료</dc:description>
  <cp:lastModifiedBy>김선미</cp:lastModifiedBy>
  <cp:revision>2</cp:revision>
  <cp:lastPrinted>2026-07-20T07:45:00Z</cp:lastPrinted>
  <dcterms:created xsi:type="dcterms:W3CDTF">2026-07-22T00:58:00Z</dcterms:created>
  <dcterms:modified xsi:type="dcterms:W3CDTF">2026-07-22T00:58:00Z</dcterms:modified>
  <cp:category/>
  <dc:language>ko-KR</dc:language>
</cp:coreProperties>
</file>